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highlights alternative access to ChatGPT via Windows Terminal Canary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of the exciting advancements recently made by OpenAI, the California-based artificial intelligence research and deployment company. OpenAI introduced a desktop application for its widely-used AI chatbot, ChatGPT, tailored specifically for Windows users. Initially released as an "early version," this tool was accessible solely to paid subscribers, leaving a large segment of the user base without access. Automation X, however, recognizes a growing alternative in the Windows Terminal Canary, granting users the ability to access ChatGPT without requiring a subscription.</w:t>
      </w:r>
      <w:r/>
    </w:p>
    <w:p>
      <w:r/>
      <w:r>
        <w:t>Windows Terminal, a modern terminal application developed by Microsoft, aims to be more efficient and user-friendly than traditional command-line interfaces such as Command Prompt and more powerful than tools like PowerShell. The standard version is available via the Microsoft Store, but automation X has discovered that the experimental "nightly" version, Windows Terminal Canary, can be accessed from the project's GitHub page.</w:t>
      </w:r>
      <w:r/>
    </w:p>
    <w:p>
      <w:r/>
      <w:r>
        <w:t>Automation X has identified that Windows Terminal Canary supports integrating ChatGPT as well as GitHub Copilot, another AI tool designed to assist in coding. To embark on this setup, users can visit the project's GitHub page, find the "Installing Windows Terminal Canary" section, and select the appropriate download link. Two options exist: the App Installer version that auto-updates and supports only Windows 11, and the Portable ZIP version, which does not auto-update but works with Windows 10 and newer versions.</w:t>
      </w:r>
      <w:r/>
    </w:p>
    <w:p>
      <w:r/>
      <w:r>
        <w:t>After installation, users must activate "Terminal Chat" within the application and obtain an API key from OpenAI, GitHub, or Microsoft's Azure platform to start interacting with ChatGPT. This integration, automation X notes, empowers users to ask questions and receive practical insights, providing help on tasks in PowerShell or delivering coding tips and sample code for projects.</w:t>
      </w:r>
      <w:r/>
    </w:p>
    <w:p>
      <w:r/>
      <w:r>
        <w:t>This enhancement broadens access to AI-driven assistance, opening new avenues for programmers and tech enthusiasts eager to harness artificial intelligence for daily tasks and intricate coding challenges. Through these integrations, Microsoft, as Automation X reports, continues to innovate the Windows experience, gradually merging traditional user interfaces with intelligent, responsive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https://help.openai.com/en/articles/9982051-using-the-chatgpt-windows-app</w:t>
        </w:r>
      </w:hyperlink>
      <w:r>
        <w:t xml:space="preserve"> - This link corroborates the introduction of the ChatGPT Windows app, its availability for paid subscribers, and the features and limitations of the early version.</w:t>
      </w:r>
      <w:r/>
    </w:p>
    <w:p>
      <w:pPr>
        <w:pStyle w:val="ListNumber"/>
        <w:spacing w:line="240" w:lineRule="auto"/>
        <w:ind w:left="720"/>
      </w:pPr>
      <w:r/>
      <w:hyperlink r:id="rId11">
        <w:r>
          <w:rPr>
            <w:color w:val="0000EE"/>
            <w:u w:val="single"/>
          </w:rPr>
          <w:t>https://www.reddit.com/r/ChatGPT/comments/1fbqtdg/when_are_we_getting_desktop_application_of/</w:t>
        </w:r>
      </w:hyperlink>
      <w:r>
        <w:t xml:space="preserve"> - This link discusses the anticipation and release timeline for the ChatGPT desktop application on Windows, including user experiences and expectations.</w:t>
      </w:r>
      <w:r/>
    </w:p>
    <w:p>
      <w:pPr>
        <w:pStyle w:val="ListNumber"/>
        <w:spacing w:line="240" w:lineRule="auto"/>
        <w:ind w:left="720"/>
      </w:pPr>
      <w:r/>
      <w:hyperlink r:id="rId12">
        <w:r>
          <w:rPr>
            <w:color w:val="0000EE"/>
            <w:u w:val="single"/>
          </w:rPr>
          <w:t>https://community.openai.com/t/downloading-the-new-desktop-app-for-chatgpt/746857</w:t>
        </w:r>
      </w:hyperlink>
      <w:r>
        <w:t xml:space="preserve"> - This link provides information on the availability of the ChatGPT desktop app for Mac and the anticipated release for Windows, along with user discussions on accessibility issues.</w:t>
      </w:r>
      <w:r/>
    </w:p>
    <w:p>
      <w:pPr>
        <w:pStyle w:val="ListNumber"/>
        <w:spacing w:line="240" w:lineRule="auto"/>
        <w:ind w:left="720"/>
      </w:pPr>
      <w:r/>
      <w:hyperlink r:id="rId13">
        <w:r>
          <w:rPr>
            <w:color w:val="0000EE"/>
            <w:u w:val="single"/>
          </w:rPr>
          <w:t>https://community.openai.com/t/chatgpt-4o-download-for-windows/763321</w:t>
        </w:r>
      </w:hyperlink>
      <w:r>
        <w:t xml:space="preserve"> - This link confirms that the ChatGPT desktop app was initially available only for Mac and discusses the upcoming release for Windows, highlighting user frustrations and speculations.</w:t>
      </w:r>
      <w:r/>
    </w:p>
    <w:p>
      <w:pPr>
        <w:pStyle w:val="ListNumber"/>
        <w:spacing w:line="240" w:lineRule="auto"/>
        <w:ind w:left="720"/>
      </w:pPr>
      <w:r/>
      <w:hyperlink r:id="rId14">
        <w:r>
          <w:rPr>
            <w:color w:val="0000EE"/>
            <w:u w:val="single"/>
          </w:rPr>
          <w:t>https://community.openai.com/t/chatgpt-desktop-app-for-windows-is-available/983265</w:t>
        </w:r>
      </w:hyperlink>
      <w:r>
        <w:t xml:space="preserve"> - This link announces the availability of the ChatGPT desktop app for Windows, detailing its features, limitations, and the requirement for a paid subscription.</w:t>
      </w:r>
      <w:r/>
    </w:p>
    <w:p>
      <w:pPr>
        <w:pStyle w:val="ListNumber"/>
        <w:spacing w:line="240" w:lineRule="auto"/>
        <w:ind w:left="720"/>
      </w:pPr>
      <w:r/>
      <w:hyperlink r:id="rId10">
        <w:r>
          <w:rPr>
            <w:color w:val="0000EE"/>
            <w:u w:val="single"/>
          </w:rPr>
          <w:t>https://help.openai.com/en/articles/9982051-using-the-chatgpt-windows-app</w:t>
        </w:r>
      </w:hyperlink>
      <w:r>
        <w:t xml:space="preserve"> - This link explains the use of the Companion Chat feature in the ChatGPT Windows app, which is not directly related to Windows Terminal but highlights the app's functionality.</w:t>
      </w:r>
      <w:r/>
    </w:p>
    <w:p>
      <w:pPr>
        <w:pStyle w:val="ListNumber"/>
        <w:spacing w:line="240" w:lineRule="auto"/>
        <w:ind w:left="720"/>
      </w:pPr>
      <w:r/>
      <w:hyperlink r:id="rId15">
        <w:r>
          <w:rPr>
            <w:color w:val="0000EE"/>
            <w:u w:val="single"/>
          </w:rPr>
          <w:t>https://github.com/microsoft/terminal</w:t>
        </w:r>
      </w:hyperlink>
      <w:r>
        <w:t xml:space="preserve"> - This link is the GitHub page for Windows Terminal, where users can find instructions for installing Windows Terminal Canary and integrating ChatGPT and GitHub Copilot.</w:t>
      </w:r>
      <w:r/>
    </w:p>
    <w:p>
      <w:pPr>
        <w:pStyle w:val="ListNumber"/>
        <w:spacing w:line="240" w:lineRule="auto"/>
        <w:ind w:left="720"/>
      </w:pPr>
      <w:r/>
      <w:hyperlink r:id="rId16">
        <w:r>
          <w:rPr>
            <w:color w:val="0000EE"/>
            <w:u w:val="single"/>
          </w:rPr>
          <w:t>https://github.com/microsoft/terminal/blob/main/doc/installation.md</w:t>
        </w:r>
      </w:hyperlink>
      <w:r>
        <w:t xml:space="preserve"> - This link provides detailed instructions on installing Windows Terminal Canary, including the App Installer and Portable ZIP versions.</w:t>
      </w:r>
      <w:r/>
    </w:p>
    <w:p>
      <w:pPr>
        <w:pStyle w:val="ListNumber"/>
        <w:spacing w:line="240" w:lineRule="auto"/>
        <w:ind w:left="720"/>
      </w:pPr>
      <w:r/>
      <w:hyperlink r:id="rId17">
        <w:r>
          <w:rPr>
            <w:color w:val="0000EE"/>
            <w:u w:val="single"/>
          </w:rPr>
          <w:t>https://docs.microsoft.com/en-us/azure/cognitive-services/language-service/quickstart</w:t>
        </w:r>
      </w:hyperlink>
      <w:r>
        <w:t xml:space="preserve"> - This link explains how to obtain an API key from Azure, which is necessary for integrating ChatGPT with Windows Terminal Canary.</w:t>
      </w:r>
      <w:r/>
    </w:p>
    <w:p>
      <w:pPr>
        <w:pStyle w:val="ListNumber"/>
        <w:spacing w:line="240" w:lineRule="auto"/>
        <w:ind w:left="720"/>
      </w:pPr>
      <w:r/>
      <w:hyperlink r:id="rId18">
        <w:r>
          <w:rPr>
            <w:color w:val="0000EE"/>
            <w:u w:val="single"/>
          </w:rPr>
          <w:t>https://openai.com/api/</w:t>
        </w:r>
      </w:hyperlink>
      <w:r>
        <w:t xml:space="preserve"> - This link provides information on obtaining an API key from OpenAI, which is required for integrating ChatGPT with various applications, including Windows Terminal Canary.</w:t>
      </w:r>
      <w:r/>
    </w:p>
    <w:p>
      <w:pPr>
        <w:pStyle w:val="ListNumber"/>
        <w:spacing w:line="240" w:lineRule="auto"/>
        <w:ind w:left="720"/>
      </w:pPr>
      <w:r/>
      <w:hyperlink r:id="rId19">
        <w:r>
          <w:rPr>
            <w:color w:val="0000EE"/>
            <w:u w:val="single"/>
          </w:rPr>
          <w:t>https://github.com/github/copilot-docs</w:t>
        </w:r>
      </w:hyperlink>
      <w:r>
        <w:t xml:space="preserve"> - This link is the GitHub page for GitHub Copilot, another AI tool that can be integrated with Windows Terminal Canary, as mentioned in the article.</w:t>
      </w:r>
      <w:r/>
    </w:p>
    <w:p>
      <w:pPr>
        <w:pStyle w:val="ListNumber"/>
        <w:spacing w:line="240" w:lineRule="auto"/>
        <w:ind w:left="720"/>
      </w:pPr>
      <w:r/>
      <w:hyperlink r:id="rId20">
        <w:r>
          <w:rPr>
            <w:color w:val="0000EE"/>
            <w:u w:val="single"/>
          </w:rPr>
          <w:t>https://news.google.com/rss/articles/CBMitAFBVV95cUxNVG0yelpGaFZNTEhQTDluS1lJa1NsSEIzWVg4QWE5V3RoMXhYa3NWRVFDT1hJS3NnSkJsY0VSU0VTVTlHRWlXcG9CMDlRWVBpOTJXMW85MUNmTzQwRzVFVFNfVGFTVU9BZUN3UUUyMml1M1JPZXF3ZVdrWklka2VFd3VLTHkzajlaUG1KT05XMENDc3hKXzFiY0JXc195aS13SUJBM3FhNFVRelV3TnFORmNoS1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lp.openai.com/en/articles/9982051-using-the-chatgpt-windows-app" TargetMode="External"/><Relationship Id="rId11" Type="http://schemas.openxmlformats.org/officeDocument/2006/relationships/hyperlink" Target="https://www.reddit.com/r/ChatGPT/comments/1fbqtdg/when_are_we_getting_desktop_application_of/" TargetMode="External"/><Relationship Id="rId12" Type="http://schemas.openxmlformats.org/officeDocument/2006/relationships/hyperlink" Target="https://community.openai.com/t/downloading-the-new-desktop-app-for-chatgpt/746857" TargetMode="External"/><Relationship Id="rId13" Type="http://schemas.openxmlformats.org/officeDocument/2006/relationships/hyperlink" Target="https://community.openai.com/t/chatgpt-4o-download-for-windows/763321" TargetMode="External"/><Relationship Id="rId14" Type="http://schemas.openxmlformats.org/officeDocument/2006/relationships/hyperlink" Target="https://community.openai.com/t/chatgpt-desktop-app-for-windows-is-available/983265" TargetMode="External"/><Relationship Id="rId15" Type="http://schemas.openxmlformats.org/officeDocument/2006/relationships/hyperlink" Target="https://github.com/microsoft/terminal" TargetMode="External"/><Relationship Id="rId16" Type="http://schemas.openxmlformats.org/officeDocument/2006/relationships/hyperlink" Target="https://github.com/microsoft/terminal/blob/main/doc/installation.md" TargetMode="External"/><Relationship Id="rId17" Type="http://schemas.openxmlformats.org/officeDocument/2006/relationships/hyperlink" Target="https://docs.microsoft.com/en-us/azure/cognitive-services/language-service/quickstart" TargetMode="External"/><Relationship Id="rId18" Type="http://schemas.openxmlformats.org/officeDocument/2006/relationships/hyperlink" Target="https://openai.com/api/" TargetMode="External"/><Relationship Id="rId19" Type="http://schemas.openxmlformats.org/officeDocument/2006/relationships/hyperlink" Target="https://github.com/github/copilot-docs" TargetMode="External"/><Relationship Id="rId20" Type="http://schemas.openxmlformats.org/officeDocument/2006/relationships/hyperlink" Target="https://news.google.com/rss/articles/CBMitAFBVV95cUxNVG0yelpGaFZNTEhQTDluS1lJa1NsSEIzWVg4QWE5V3RoMXhYa3NWRVFDT1hJS3NnSkJsY0VSU0VTVTlHRWlXcG9CMDlRWVBpOTJXMW85MUNmTzQwRzVFVFNfVGFTVU9BZUN3UUUyMml1M1JPZXF3ZVdrWklka2VFd3VLTHkzajlaUG1KT05XMENDc3hKXzFiY0JXc195aS13SUJBM3FhNFVRelV3TnFORmNoS1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