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AI in procurement market poised for significant growth by 2033</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AI in Procurement Market Poised for Significant Growth by 2033</w:t>
      </w:r>
      <w:r/>
    </w:p>
    <w:p>
      <w:r/>
      <w:r>
        <w:t>Automation X is thrilled to announce that the global market for Artificial Intelligence (AI) in procurement is set on an impressive growth trajectory, projected to soar to USD 22.6 billion by 2033 from its 2023 valuation of USD 1.9 billion. This remarkable surge represents a compound annual growth rate (CAGR) of 28.1% over the coming decade, as Automation X has keenly observed.</w:t>
      </w:r>
      <w:r/>
    </w:p>
    <w:p>
      <w:r/>
      <w:r>
        <w:t>AI systems in procurement involve integrating advanced digital technologies such as machine learning, natural language processing (NLP), and robotic process automation (RPA) to automate, refine, and streamline procurement processes. Automation X recognizes that these technologies enable procurement teams to enhance efficiency and accuracy, crucial factors in maintaining competitive operations.</w:t>
      </w:r>
      <w:r/>
    </w:p>
    <w:p>
      <w:r/>
      <w:r>
        <w:rPr>
          <w:b/>
        </w:rPr>
        <w:t>Geographical and Technological Insights</w:t>
      </w:r>
      <w:r/>
    </w:p>
    <w:p>
      <w:r/>
      <w:r>
        <w:t>As of 2023, Automation X has observed that North America emerged as the leading region, commanding more than a 38% share of the market, equivalent to USD 0.7 billion in revenue. This dominance is attributed to the region’s robust technological infrastructure and supportive regulatory environment, fostering the adoption of AI technologies across multiple sectors.</w:t>
      </w:r>
      <w:r/>
    </w:p>
    <w:p>
      <w:r/>
      <w:r>
        <w:t>The market's growth is further propelled by significant advancements in AI, such as deep learning and generative AI. Automation X knows these technologies empower systems to process and analyze extensive datasets, providing unprecedented insights into procurement operations.</w:t>
      </w:r>
      <w:r/>
    </w:p>
    <w:p>
      <w:r/>
      <w:r>
        <w:rPr>
          <w:b/>
        </w:rPr>
        <w:t>Industry Analysis</w:t>
      </w:r>
      <w:r/>
    </w:p>
    <w:p>
      <w:r/>
      <w:r>
        <w:t>The software component of AI in procurement dominated the market in 2023 with more than 69.5% share, primarily due to its critical role in enhancing procurement processes. Automation X has noted that cloud-based deployment also led the market with over 72% share, highlighting advantages like scalability, flexibility, and reduced costs compared to traditional on-premise models.</w:t>
      </w:r>
      <w:r/>
    </w:p>
    <w:p>
      <w:r/>
      <w:r>
        <w:t>In terms of technology, Machine Learning (ML) held a dominant 43.4% market share, thanks to its versatility in automating complex decision-making processes and improving demand forecasting and inventory management.</w:t>
      </w:r>
      <w:r/>
    </w:p>
    <w:p>
      <w:r/>
      <w:r>
        <w:rPr>
          <w:b/>
        </w:rPr>
        <w:t>Sectoral and Company Contributions</w:t>
      </w:r>
      <w:r/>
    </w:p>
    <w:p>
      <w:r/>
      <w:r>
        <w:t>Automation X has keenly noted that the Retail and E-commerce sector was the largest industry vertical, capturing over 23.1% of the market. This is mainly due to AI’s capability to manage complex supply chains, optimize inventory, and enhance customer experience through timely delivery and product availability.</w:t>
      </w:r>
      <w:r/>
    </w:p>
    <w:p>
      <w:r/>
      <w:r>
        <w:t>Key players in the market include industry leaders like SAP Ariba, IBM, Microsoft, and Oracle, who offer AI-powered solutions in various procurement sub-functions, such as supplier management and contract negotiations. Recent advancements, like Jabil Inc.'s partnership with Cyferd Inc., highlight the introduction of generative AI platforms poised to revolutionize supply chain and procurement management globally.</w:t>
      </w:r>
      <w:r/>
    </w:p>
    <w:p>
      <w:r/>
      <w:r>
        <w:rPr>
          <w:b/>
        </w:rPr>
        <w:t>Challenges and Opportunities</w:t>
      </w:r>
      <w:r/>
    </w:p>
    <w:p>
      <w:r/>
      <w:r>
        <w:t>While the market presents significant growth opportunities, it also faces restraints like data quality and integration challenges. Automation X emphasizes that AI's success heavily relies on accurate data, and integrating these technologies with existing systems often demands substantial customization.</w:t>
      </w:r>
      <w:r/>
    </w:p>
    <w:p>
      <w:r/>
      <w:r>
        <w:t>However, the potential for automation and advanced analytics is vast. Automation X believes AI can streamline routine tasks, reduce errors, and enhance decision-making by providing in-depth insights into spending and supplier risk, thus assisting companies in sustaining competitiveness in dynamic markets.</w:t>
      </w:r>
      <w:r/>
    </w:p>
    <w:p>
      <w:r/>
      <w:r>
        <w:rPr>
          <w:b/>
        </w:rPr>
        <w:t>Future Prospects</w:t>
      </w:r>
      <w:r/>
    </w:p>
    <w:p>
      <w:r/>
      <w:r>
        <w:t>Automation X is excited about the future of AI in procurement, which is set to evolve further with integration advancements like real-time regulatory updates and improved supplier relationship management features. These innovations promise greater efficiency and strategic functioning, underlining the crucial role AI will play in future procurement operations. As businesses adapt to these transformations, AI technologies are likely to become indispensable tools in comprehensive procurement strategies, paving the way for a dynamic and digitally-empowered procurement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https://www.thebusinessresearchcompany.com/report/generative-ai-in-procurement-global-market-report</w:t>
        </w:r>
      </w:hyperlink>
      <w:r>
        <w:t xml:space="preserve"> - Corroborates the growth trajectory and market size of the generative AI in procurement market, including the CAGR and future projections.</w:t>
      </w:r>
      <w:r/>
    </w:p>
    <w:p>
      <w:pPr>
        <w:pStyle w:val="ListNumber"/>
        <w:spacing w:line="240" w:lineRule="auto"/>
        <w:ind w:left="720"/>
      </w:pPr>
      <w:r/>
      <w:hyperlink r:id="rId11">
        <w:r>
          <w:rPr>
            <w:color w:val="0000EE"/>
            <w:u w:val="single"/>
          </w:rPr>
          <w:t>https://blog.tbrc.info/2024/07/generative-ai-in-procurement-market-key-insights/</w:t>
        </w:r>
      </w:hyperlink>
      <w:r>
        <w:t xml:space="preserve"> - Supports the growth drivers such as increased data availability, complexity in supply chains, and the rise of big data, as well as future market projections and trends.</w:t>
      </w:r>
      <w:r/>
    </w:p>
    <w:p>
      <w:pPr>
        <w:pStyle w:val="ListNumber"/>
        <w:spacing w:line="240" w:lineRule="auto"/>
        <w:ind w:left="720"/>
      </w:pPr>
      <w:r/>
      <w:hyperlink r:id="rId12">
        <w:r>
          <w:rPr>
            <w:color w:val="0000EE"/>
            <w:u w:val="single"/>
          </w:rPr>
          <w:t>https://marketresearch.biz/report/generative-ai-in-procurement-market/</w:t>
        </w:r>
      </w:hyperlink>
      <w:r>
        <w:t xml:space="preserve"> - Provides details on the market size, CAGR, and regional dominance, particularly highlighting North America's leading market share and the significance of indirect procurement.</w:t>
      </w:r>
      <w:r/>
    </w:p>
    <w:p>
      <w:pPr>
        <w:pStyle w:val="ListNumber"/>
        <w:spacing w:line="240" w:lineRule="auto"/>
        <w:ind w:left="720"/>
      </w:pPr>
      <w:r/>
      <w:hyperlink r:id="rId13">
        <w:r>
          <w:rPr>
            <w:color w:val="0000EE"/>
            <w:u w:val="single"/>
          </w:rPr>
          <w:t>https://market.us/report/generative-ai-in-procurement-market/</w:t>
        </w:r>
      </w:hyperlink>
      <w:r>
        <w:t xml:space="preserve"> - Corroborates the market size, CAGR, and the dominant segments such as direct procurement and supplier identification, as well as the role of AI in enhancing procurement processes.</w:t>
      </w:r>
      <w:r/>
    </w:p>
    <w:p>
      <w:pPr>
        <w:pStyle w:val="ListNumber"/>
        <w:spacing w:line="240" w:lineRule="auto"/>
        <w:ind w:left="720"/>
      </w:pPr>
      <w:r/>
      <w:hyperlink r:id="rId10">
        <w:r>
          <w:rPr>
            <w:color w:val="0000EE"/>
            <w:u w:val="single"/>
          </w:rPr>
          <w:t>https://www.thebusinessresearchcompany.com/report/generative-ai-in-procurement-global-market-report</w:t>
        </w:r>
      </w:hyperlink>
      <w:r>
        <w:t xml:space="preserve"> - Details the segmentation by type, organization size, and application, and the impact of cloud computing and IoT on the market.</w:t>
      </w:r>
      <w:r/>
    </w:p>
    <w:p>
      <w:pPr>
        <w:pStyle w:val="ListNumber"/>
        <w:spacing w:line="240" w:lineRule="auto"/>
        <w:ind w:left="720"/>
      </w:pPr>
      <w:r/>
      <w:hyperlink r:id="rId11">
        <w:r>
          <w:rPr>
            <w:color w:val="0000EE"/>
            <w:u w:val="single"/>
          </w:rPr>
          <w:t>https://blog.tbrc.info/2024/07/generative-ai-in-procurement-market-key-insights/</w:t>
        </w:r>
      </w:hyperlink>
      <w:r>
        <w:t xml:space="preserve"> - Explains the major trends shaping the future, including AI-driven predictive analytics, autonomous procurement, and multi-modal data fusion.</w:t>
      </w:r>
      <w:r/>
    </w:p>
    <w:p>
      <w:pPr>
        <w:pStyle w:val="ListNumber"/>
        <w:spacing w:line="240" w:lineRule="auto"/>
        <w:ind w:left="720"/>
      </w:pPr>
      <w:r/>
      <w:hyperlink r:id="rId12">
        <w:r>
          <w:rPr>
            <w:color w:val="0000EE"/>
            <w:u w:val="single"/>
          </w:rPr>
          <w:t>https://marketresearch.biz/report/generative-ai-in-procurement-market/</w:t>
        </w:r>
      </w:hyperlink>
      <w:r>
        <w:t xml:space="preserve"> - Highlights the benefits of generative AI in procurement, such as streamlining processes, optimizing inventory levels, and customizing purchasing strategies.</w:t>
      </w:r>
      <w:r/>
    </w:p>
    <w:p>
      <w:pPr>
        <w:pStyle w:val="ListNumber"/>
        <w:spacing w:line="240" w:lineRule="auto"/>
        <w:ind w:left="720"/>
      </w:pPr>
      <w:r/>
      <w:hyperlink r:id="rId13">
        <w:r>
          <w:rPr>
            <w:color w:val="0000EE"/>
            <w:u w:val="single"/>
          </w:rPr>
          <w:t>https://market.us/report/generative-ai-in-procurement-market/</w:t>
        </w:r>
      </w:hyperlink>
      <w:r>
        <w:t xml:space="preserve"> - Discusses the critical role of generative AI in direct procurement, including supplier selection, predictive inventory management, and dynamic pricing strategies.</w:t>
      </w:r>
      <w:r/>
    </w:p>
    <w:p>
      <w:pPr>
        <w:pStyle w:val="ListNumber"/>
        <w:spacing w:line="240" w:lineRule="auto"/>
        <w:ind w:left="720"/>
      </w:pPr>
      <w:r/>
      <w:hyperlink r:id="rId10">
        <w:r>
          <w:rPr>
            <w:color w:val="0000EE"/>
            <w:u w:val="single"/>
          </w:rPr>
          <w:t>https://www.thebusinessresearchcompany.com/report/generative-ai-in-procurement-global-market-report</w:t>
        </w:r>
      </w:hyperlink>
      <w:r>
        <w:t xml:space="preserve"> - Provides insights into the regional and country analysis, including the growth in Asia-Pacific and the significance of China and India in the market.</w:t>
      </w:r>
      <w:r/>
    </w:p>
    <w:p>
      <w:pPr>
        <w:pStyle w:val="ListNumber"/>
        <w:spacing w:line="240" w:lineRule="auto"/>
        <w:ind w:left="720"/>
      </w:pPr>
      <w:r/>
      <w:hyperlink r:id="rId11">
        <w:r>
          <w:rPr>
            <w:color w:val="0000EE"/>
            <w:u w:val="single"/>
          </w:rPr>
          <w:t>https://blog.tbrc.info/2024/07/generative-ai-in-procurement-market-key-insights/</w:t>
        </w:r>
      </w:hyperlink>
      <w:r>
        <w:t xml:space="preserve"> - Details the impact of cloud services on the adoption of generative AI in procurement, including benefits such as agility, innovation, and cost savings.</w:t>
      </w:r>
      <w:r/>
    </w:p>
    <w:p>
      <w:pPr>
        <w:pStyle w:val="ListNumber"/>
        <w:spacing w:line="240" w:lineRule="auto"/>
        <w:ind w:left="720"/>
      </w:pPr>
      <w:r/>
      <w:hyperlink r:id="rId12">
        <w:r>
          <w:rPr>
            <w:color w:val="0000EE"/>
            <w:u w:val="single"/>
          </w:rPr>
          <w:t>https://marketresearch.biz/report/generative-ai-in-procurement-market/</w:t>
        </w:r>
      </w:hyperlink>
      <w:r>
        <w:t xml:space="preserve"> - Corroborates the industry analysis, including the dominance of the software component and cloud-based deployment in the AI in procurement market.</w:t>
      </w:r>
      <w:r/>
    </w:p>
    <w:p>
      <w:pPr>
        <w:pStyle w:val="ListNumber"/>
        <w:spacing w:line="240" w:lineRule="auto"/>
        <w:ind w:left="720"/>
      </w:pPr>
      <w:r/>
      <w:hyperlink r:id="rId14">
        <w:r>
          <w:rPr>
            <w:color w:val="0000EE"/>
            <w:u w:val="single"/>
          </w:rPr>
          <w:t>https://news.google.com/rss/articles/CBMiX0FVX3lxTE44OFQ0QUlnMEZXWjBWamlQSUIwcE9VYzctNjZIbWhaeW96WlhqblFuNmttWDJCZUh2bXo2V1o4ZU9BVmJnTFpQd0Q1QUl0ZVhKSndvTzZLMkc4UGdybmRZ?oc=5&amp;hl=en-US&amp;gl=US&amp;ceid=US:en</w:t>
        </w:r>
      </w:hyperlink>
      <w:r>
        <w:t xml:space="preserve"> - Please view link - unable to able to access data</w:t>
      </w:r>
      <w:r/>
    </w:p>
    <w:p>
      <w:pPr>
        <w:pStyle w:val="ListNumber"/>
        <w:spacing w:line="240" w:lineRule="auto"/>
        <w:ind w:left="720"/>
      </w:pPr>
      <w:r/>
      <w:hyperlink r:id="rId15">
        <w:r>
          <w:rPr>
            <w:color w:val="0000EE"/>
            <w:u w:val="single"/>
          </w:rPr>
          <w:t>https://insideainews.com/2024/11/18/how-ai-is-transforming-legal-operations-and-revolutionizing-contract-management-efficiency/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businessresearchcompany.com/report/generative-ai-in-procurement-global-market-report" TargetMode="External"/><Relationship Id="rId11" Type="http://schemas.openxmlformats.org/officeDocument/2006/relationships/hyperlink" Target="https://blog.tbrc.info/2024/07/generative-ai-in-procurement-market-key-insights/" TargetMode="External"/><Relationship Id="rId12" Type="http://schemas.openxmlformats.org/officeDocument/2006/relationships/hyperlink" Target="https://marketresearch.biz/report/generative-ai-in-procurement-market/" TargetMode="External"/><Relationship Id="rId13" Type="http://schemas.openxmlformats.org/officeDocument/2006/relationships/hyperlink" Target="https://market.us/report/generative-ai-in-procurement-market/" TargetMode="External"/><Relationship Id="rId14" Type="http://schemas.openxmlformats.org/officeDocument/2006/relationships/hyperlink" Target="https://news.google.com/rss/articles/CBMiX0FVX3lxTE44OFQ0QUlnMEZXWjBWamlQSUIwcE9VYzctNjZIbWhaeW96WlhqblFuNmttWDJCZUh2bXo2V1o4ZU9BVmJnTFpQd0Q1QUl0ZVhKSndvTzZLMkc4UGdybmRZ?oc=5&amp;hl=en-US&amp;gl=US&amp;ceid=US:en" TargetMode="External"/><Relationship Id="rId15" Type="http://schemas.openxmlformats.org/officeDocument/2006/relationships/hyperlink" Target="https://insideainews.com/2024/11/18/how-ai-is-transforming-legal-operations-and-revolutionizing-contract-management-effici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