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free ChatGPT alternatives: a comprehensive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Free ChatGPT Alternatives: A Comprehensive Guide</w:t>
      </w:r>
      <w:r/>
    </w:p>
    <w:p>
      <w:r/>
      <w:r>
        <w:t>In the rapidly advancing realm of artificial intelligence, alternatives to ChatGPT are increasingly gaining popularity. These free AI-based chatbots offer an array of unique features and capabilities, catering to diverse user needs. From creative assistance to real-time research and personalised interactions, here are ten noteworthy ChatGPT alternatives. Each bot brings distinct strengths to the table, enhancing the landscape of AI-driven conversation tools.</w:t>
      </w:r>
      <w:r/>
    </w:p>
    <w:p>
      <w:r/>
      <w:r>
        <w:rPr>
          <w:b/>
        </w:rPr>
        <w:t>Claude AI: The Multimodal Marvel</w:t>
      </w:r>
      <w:r/>
    </w:p>
    <w:p>
      <w:r/>
      <w:r>
        <w:t>Developed by Anthropic, Claude AI stands out with its impressive multimodal capabilities. This chatbot processes both text and images, making it an ideal tool for creative tasks. It also features a larger context window with 200,000 tokens, allowing for in-depth and nuanced conversations.</w:t>
      </w:r>
      <w:r/>
    </w:p>
    <w:p>
      <w:r/>
      <w:r>
        <w:rPr>
          <w:b/>
        </w:rPr>
        <w:t>Gemini: Google’s Cutting-Edge Companion</w:t>
      </w:r>
      <w:r/>
    </w:p>
    <w:p>
      <w:r/>
      <w:r>
        <w:t>Google's advanced chatbot, Gemini, specialises in synthesising live internet data to provide timely responses. While it excels at real-time information delivery, it may not match ChatGPT in core performance metrics. Gemini serves users who prioritise up-to-date information while accepting some trade-offs in conversational depth.</w:t>
      </w:r>
      <w:r/>
    </w:p>
    <w:p>
      <w:r/>
      <w:r>
        <w:rPr>
          <w:b/>
        </w:rPr>
        <w:t>Chatbase: Tailored Conversations Without Coding</w:t>
      </w:r>
      <w:r/>
    </w:p>
    <w:p>
      <w:r/>
      <w:r>
        <w:t>Chatbase is an innovative platform that enables users to customise their chatbot’s responses, tone, and data inputs without any coding skills. This makes it accessible to both businesses and individuals, allowing for a highly personalised chatbot experience that aligns with unique voices and brand identities.</w:t>
      </w:r>
      <w:r/>
    </w:p>
    <w:p>
      <w:r/>
      <w:r>
        <w:rPr>
          <w:b/>
        </w:rPr>
        <w:t>Microsoft Copilot: Real-Time Integration</w:t>
      </w:r>
      <w:r/>
    </w:p>
    <w:p>
      <w:r/>
      <w:r>
        <w:t>Similar to ChatGPT, Microsoft Copilot offers real-time internet data integration, enhancing the accuracy and relevance of its responses. This feature is especially beneficial for professionals needing up-to-date information and context-driven interactions, making it an excellent choice for business settings.</w:t>
      </w:r>
      <w:r/>
    </w:p>
    <w:p>
      <w:r/>
      <w:r>
        <w:rPr>
          <w:b/>
        </w:rPr>
        <w:t>Perplexity: Search Engine Meets Chatbot</w:t>
      </w:r>
      <w:r/>
    </w:p>
    <w:p>
      <w:r/>
      <w:r>
        <w:t>Perplexity combines the functionalities of a search engine and a chatbot, providing access to advanced AI models such as GPT-4 and Claude 3. It is ideal for research-focused tasks, offering a comprehensive tool that merges search capabilities with conversational AI.</w:t>
      </w:r>
      <w:r/>
    </w:p>
    <w:p>
      <w:r/>
      <w:r>
        <w:rPr>
          <w:b/>
        </w:rPr>
        <w:t>Pi AI: Engaging Human-Like Conversations</w:t>
      </w:r>
      <w:r/>
    </w:p>
    <w:p>
      <w:r/>
      <w:r>
        <w:t>Pi AI is known for maintaining engaging, human-like conversations and delivering detailed responses. Although it might miss some advanced features found in other alternatives, Pi AI is perfect for users who value conversational flow and depth over extensive functionality.</w:t>
      </w:r>
      <w:r/>
    </w:p>
    <w:p>
      <w:r/>
      <w:r>
        <w:rPr>
          <w:b/>
        </w:rPr>
        <w:t>Mistral’s Le Chat: Simplicity and Accuracy</w:t>
      </w:r>
      <w:r/>
    </w:p>
    <w:p>
      <w:r/>
      <w:r>
        <w:t>For users seeking a straightforward chatbot experience, Mistral’s Le Chat offers impressive accuracy and mathematical skills. Its simplicity is its strength, making it an effective tool for basic tasks without the complexity of more advanced alternatives.</w:t>
      </w:r>
      <w:r/>
    </w:p>
    <w:p>
      <w:r/>
      <w:r>
        <w:rPr>
          <w:b/>
        </w:rPr>
        <w:t>Chatsonic: The Versatile Competitor</w:t>
      </w:r>
      <w:r/>
    </w:p>
    <w:p>
      <w:r/>
      <w:r>
        <w:t>Chatsonic stands as a robust competitor to ChatGPT, featuring image prompts, document analysis, and real-time data access. Its versatility makes it particularly useful for research and creative projects, enabling users to extract insights from various formats.</w:t>
      </w:r>
      <w:r/>
    </w:p>
    <w:p>
      <w:r/>
      <w:r>
        <w:rPr>
          <w:b/>
        </w:rPr>
        <w:t>You.com: A Hybrid Experience</w:t>
      </w:r>
      <w:r/>
    </w:p>
    <w:p>
      <w:r/>
      <w:r>
        <w:t>You.com merges the functionality of a search engine with that of an AI chatbot, delivering accurate answers via multiple AI models. Available without sign-up, this hybrid platform offers a seamless experience for users who prefer flexibility in their interactions.</w:t>
      </w:r>
      <w:r/>
    </w:p>
    <w:p>
      <w:r/>
      <w:r>
        <w:rPr>
          <w:b/>
        </w:rPr>
        <w:t>Poe.com: Diverse AI Models at Your Fingertips</w:t>
      </w:r>
      <w:r/>
    </w:p>
    <w:p>
      <w:r/>
      <w:r>
        <w:t>Developed by Quora, Poe.com allows users to switch between over 20 AI models, providing diverse responses tailored to specific inquiries. It also features AI art generation, expanding creative possibilities for users.</w:t>
      </w:r>
      <w:r/>
    </w:p>
    <w:p>
      <w:r/>
      <w:r>
        <w:rPr>
          <w:b/>
        </w:rPr>
        <w:t>Conclusion</w:t>
      </w:r>
      <w:r/>
    </w:p>
    <w:p>
      <w:r/>
      <w:r>
        <w:t>The landscape of AI chatbots is continually evolving, offering numerous alternatives to ChatGPT with unique strengths and capabilities. From the multimodal prowess of Claude AI to the personalised experiences of Chatbase, users have a wealth of options to explore. Each platform caters to different needs, making it essential to experiment with various chatbots to find the perfect fit for individual requirements. As innovation in AI technology progresses, the chatbot ecosystem will undoubtedly see even more exciting developments.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