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the job hunt: How JobHire.AI is transforming the job search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Revolutionising the Job Hunt: How JobHire.AI is Transforming the Job Search Experience</w:t>
      </w:r>
      <w:r/>
    </w:p>
    <w:p>
      <w:r/>
      <w:r>
        <w:t>In today's competitive job market, where thousands of applicants vie for the same positions, standing out can be a daunting challenge. JobHire.AI, an innovative AI-driven platform, aims to simplify this process and significantly boost job seekers' chances of success.</w:t>
      </w:r>
      <w:r/>
    </w:p>
    <w:p>
      <w:r/>
      <w:r>
        <w:rPr>
          <w:b/>
        </w:rPr>
        <w:t>What is JobHire.AI?</w:t>
      </w:r>
      <w:r/>
    </w:p>
    <w:p>
      <w:r/>
      <w:r>
        <w:t>JobHire.AI is a cutting-edge solution designed to optimise every aspect of the job application process. This platform uses advanced artificial intelligence to tailor each resume and cover letter specifically to match the requirements of each job posting. By doing this, it ensures that applications are not only personalised but also curated to meet the standards of modern applicant tracking systems (ATS), which many companies employ to streamline their hiring processes.</w:t>
      </w:r>
      <w:r/>
    </w:p>
    <w:p>
      <w:r/>
      <w:r>
        <w:rPr>
          <w:b/>
        </w:rPr>
        <w:t>Key Features of JobHire.AI</w:t>
      </w:r>
      <w:r/>
    </w:p>
    <w:p>
      <w:r/>
      <w:r>
        <w:rPr>
          <w:b/>
        </w:rPr>
        <w:t>Resume and Cover Letter Customisation</w:t>
      </w:r>
      <w:r/>
    </w:p>
    <w:p>
      <w:r/>
      <w:r>
        <w:t>One of the standout features of JobHire.AI is its ability to customise resumes and cover letters for each job application. JobHire.AI's AI-driven tools focus on the most relevant skills and experiences required by each employer, making every submission unique and highly targeted.</w:t>
      </w:r>
      <w:r/>
    </w:p>
    <w:p>
      <w:r/>
      <w:r>
        <w:rPr>
          <w:b/>
        </w:rPr>
        <w:t>Auto-Apply Functionality</w:t>
      </w:r>
      <w:r/>
    </w:p>
    <w:p>
      <w:r/>
      <w:r>
        <w:t>Time-consuming tasks such as sifting through job listings and manually applying to each position can hinder a job seeker's ability to focus on preparation and interviews. JobHire.AI addresses this with its auto-apply feature, which automatically submits applications based on user-set preferences. This not only saves time but also ensures that each application is optimised for success.</w:t>
      </w:r>
      <w:r/>
    </w:p>
    <w:p>
      <w:r/>
      <w:r>
        <w:rPr>
          <w:b/>
        </w:rPr>
        <w:t>AI-Enhanced Job Matching</w:t>
      </w:r>
      <w:r/>
    </w:p>
    <w:p>
      <w:r/>
      <w:r>
        <w:t>The AI job search function of JobHire.AI analyses job descriptions to find positions that best match a user's resume. By automating this process, it simplifies the job hunt by highlighting opportunities that align with the candidate's skills and experiences. This feature ensures that job seekers have a higher chance of their applications being noticed amidst the sea of submissions recruiters typically receive.</w:t>
      </w:r>
      <w:r/>
    </w:p>
    <w:p>
      <w:r/>
      <w:r>
        <w:rPr>
          <w:b/>
        </w:rPr>
        <w:t>The Role of AI in Modern Job Markets</w:t>
      </w:r>
      <w:r/>
    </w:p>
    <w:p>
      <w:r/>
      <w:r>
        <w:t>With the majority of companies relying on ATS software to manage the influx of applications, having a resume that meets these systems' criteria is crucial. JobHire.AI helps ensure that resumes pass these automated checks by dynamically incorporating the right keywords and formatting. This approach can significantly increase the chances of job seekers, especially professionals in tech and IT, to advance through these initial screening processes.</w:t>
      </w:r>
      <w:r/>
    </w:p>
    <w:p>
      <w:r/>
      <w:r>
        <w:rPr>
          <w:b/>
        </w:rPr>
        <w:t>Simplified User Experience</w:t>
      </w:r>
      <w:r/>
    </w:p>
    <w:p>
      <w:r/>
      <w:r>
        <w:t>Setting up a profile on JobHire.AI is straightforward and can be done in a matter of minutes. Users need to upload their resume and set their job preferences, after which JobHire.AI takes over. From tweaking resumes to filing applications, the platform handles everything, allowing job seekers to concentrate on preparing for interviews.</w:t>
      </w:r>
      <w:r/>
    </w:p>
    <w:p>
      <w:r/>
      <w:r>
        <w:rPr>
          <w:b/>
        </w:rPr>
        <w:t>Impact on Job Seekers</w:t>
      </w:r>
      <w:r/>
    </w:p>
    <w:p>
      <w:r/>
      <w:r>
        <w:t>Whether you are an experienced professional or a newcomer to the job market, JobHire.AI offers tools that adapt to your specific career needs. By enhancing and automating the application process, it provides an efficient and effective means to increase interview opportunities.</w:t>
      </w:r>
      <w:r/>
    </w:p>
    <w:p>
      <w:r/>
      <w:r>
        <w:rPr>
          <w:b/>
        </w:rPr>
        <w:t>Conclusion</w:t>
      </w:r>
      <w:r/>
    </w:p>
    <w:p>
      <w:r/>
      <w:r>
        <w:t>In an ever-competitive job market, leveraging AI technology can provide job seekers with a significant edge. JobHire.AI is not merely a tool but a comprehensive, smart, and personalised solution designed to enhance the job search experience. With features such as AI-generated cover letters, resume optimisation, and automatic application submissions, JobHire.AI positions professionals to stand out effectively in a crowded field. As the job market continues to evolve, platforms like JobHire.AI are becoming essential components of a successful job search strategy.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