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evolution of conversational AI: from Eliza to ChatGPT's advanced voice mode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The Evolution of Conversational AI: From Eliza to ChatGPT's Advanced Voice Mode</w:t>
      </w:r>
      <w:r/>
    </w:p>
    <w:p>
      <w:r/>
      <w:r>
        <w:t>In the 1960s, the world witnessed a modest yet groundbreaking experiment in conversational artificial intelligence that would set the stage for future human-computer interactions. This was the creation of Eliza, a program developed by MIT professor Joseph Weizenbaum. Named after Eliza Doolittle from "Pygmalion" due to its conversational abilities, Eliza simulated a psychotherapist by responding to user inputs with pre-programmed replies. Though its understanding was superficial, many users felt a sense of being heard, leading to the phenomenon known as the Eliza effect, where people attribute human-like intelligence and emotional awareness to machines that follow simple rules.</w:t>
      </w:r>
      <w:r/>
    </w:p>
    <w:p>
      <w:r/>
      <w:r>
        <w:t xml:space="preserve">Fast forward to 2024, OpenAI's latest innovation in this field, ChatGPT, has pushed the boundaries of conversational AI even further. The introduction of Advanced Voice Mode marks a significant leap from text-based interfaces to dynamic, real-time voice interactions. This mode not only allows AI to speak but also to adjust its tone to sound more human. </w:t>
      </w:r>
      <w:r/>
    </w:p>
    <w:p>
      <w:pPr>
        <w:pStyle w:val="Heading3"/>
      </w:pPr>
      <w:r>
        <w:t>From Pattern Matching to Voice-Driven Intelligence</w:t>
      </w:r>
      <w:r/>
    </w:p>
    <w:p>
      <w:r/>
      <w:r>
        <w:t>Eliza's functionality was rooted in basic pattern recognition. For example, when a user said, "I'm feeling down," Eliza would respond with, "Why do you feel down?" This formulaic approach created an illusion of understanding, even though there was none. Despite its simplicity, Eliza's users often became emotionally engaged with the program, revealing a human tendency to project understanding onto machines.</w:t>
      </w:r>
      <w:r/>
    </w:p>
    <w:p>
      <w:r/>
      <w:r>
        <w:t>Today, OpenAI's ChatGPT goes far beyond these rudimentary interactions. Advanced Voice Mode enables real-time conversations using sophisticated speech recognition and natural voice synthesis. ChatGPT's linguistic versatility is embodied in five distinct voices named Arbor, Maple, Sol, Spruce, and Vale. These voices incorporate nuance and emotional depth, making conversations with AI more immersive and human-like.</w:t>
      </w:r>
      <w:r/>
    </w:p>
    <w:p>
      <w:pPr>
        <w:pStyle w:val="Heading3"/>
      </w:pPr>
      <w:r>
        <w:t>Emotional Resonance and the New Eliza Effect</w:t>
      </w:r>
      <w:r/>
    </w:p>
    <w:p>
      <w:r/>
      <w:r>
        <w:t>The introduction of voice in AI interactions adds a new dimension, creating a stronger psychological connection between users and machines. ChatGPT’s ability to modulate its tone based on the context—whether adding warmth, concern, or sincerity—deepens the impact of the conversation. "I'm sorry to hear that," spoken in a soothing voice, feels more empathetic than the same text on a screen, enhancing the Eliza effect as users attribute even more intelligence and emotional understanding to the AI.</w:t>
      </w:r>
      <w:r/>
    </w:p>
    <w:p>
      <w:r/>
      <w:r>
        <w:t>However, this burgeoning emotional resonance brings ethical considerations to the forefront. It raises questions about society's preparedness to distinguish between genuine emotional connections and artificial empathy. As AI matures, so too must our understanding of its applications and limitations.</w:t>
      </w:r>
      <w:r/>
    </w:p>
    <w:p>
      <w:pPr>
        <w:pStyle w:val="Heading3"/>
      </w:pPr>
      <w:r>
        <w:t>Advanced Conversational Dynamics</w:t>
      </w:r>
      <w:r/>
    </w:p>
    <w:p>
      <w:r/>
      <w:r>
        <w:t>OpenAI's new advancements have improved conversational dynamics beyond voice. ChatGPT now handles interruptions, pauses, and shifts in emotional tone, mirroring the natural ebb and flow of human conversation. Unlike Eliza's rigid, predictable responses, ChatGPT can follow the thread of a conversation even when it’s disrupted, making interactions feel more fluid and genuine.</w:t>
      </w:r>
      <w:r/>
    </w:p>
    <w:p>
      <w:r/>
      <w:r>
        <w:t>ChatGPT achieves this by integrating memory and custom instructions. For example, if interrupted mid-sentence, ChatGPT can resume where it left off or adapt to the change in context, demonstrating a level of conversational flexibility that brings it closer to human interaction.</w:t>
      </w:r>
      <w:r/>
    </w:p>
    <w:p>
      <w:pPr>
        <w:pStyle w:val="Heading3"/>
      </w:pPr>
      <w:r>
        <w:t>The Risks of Over-Attribution</w:t>
      </w:r>
      <w:r/>
    </w:p>
    <w:p>
      <w:r/>
      <w:r>
        <w:t>With the increased sophistication of voice interactions, there's a heightened risk of over-attributing cognitive and emotional capabilities to AI. This is particularly concerning in sensitive domains such as healthcare, education, and customer service. While AI voices can sound convincingly human, they are ultimately algorithms responding to inputs based on learned patterns, not genuine empathy or understanding.</w:t>
      </w:r>
      <w:r/>
    </w:p>
    <w:p>
      <w:r/>
      <w:r>
        <w:t>The ethical dimension of these advanced AI systems is crucial. As they become more human-like in their interactions, there's potential for users to fall into the illusion of true comprehension and empathy. The realism of Advanced Voice Mode might lead people to trust these systems more than is warranted, paralleling the misconceptions that surrounded Eliza but on a more impactful scale.</w:t>
      </w:r>
      <w:r/>
    </w:p>
    <w:p>
      <w:pPr>
        <w:pStyle w:val="Heading3"/>
      </w:pPr>
      <w:r>
        <w:t>From Childhood to Adolescence?</w:t>
      </w:r>
      <w:r/>
    </w:p>
    <w:p>
      <w:r/>
      <w:r>
        <w:t>The journey from Eliza to ChatGPT's Advanced Voice Mode is a testament to significant advancements in conversational AI. It signifies a shift from simplistic, text-based mimicry to sophisticated, emotionally nuanced voice interactions. However, despite these advancements, questions remain: Has Eliza truly grown up, or is she an articulate adolescent—advanced but not fully capable of deep, empathetic understanding?</w:t>
      </w:r>
      <w:r/>
    </w:p>
    <w:p>
      <w:r/>
      <w:r>
        <w:t>The continuous progression of AI technology brings both opportunities and complexities. While leveraging the benefits of advanced systems, clarity about their true capabilities remains essential. The future will reveal how far AI can go in replicating human-like interactions, but for now, it appears that we are still in the early stages of truly understanding the extent of these capabilities.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