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reveals AI-enhanced hybrid collaboration tools at HP Imagine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Reveals AI-Enhanced Hybrid Collaboration Tools at HP Imagine Event</w:t>
      </w:r>
      <w:r/>
    </w:p>
    <w:p>
      <w:r/>
      <w:r>
        <w:rPr>
          <w:b/>
        </w:rPr>
        <w:t>This Week, Global Tech Giant HP Unveiled a Series of Advanced AI-Powered Solutions for Video Conferencing and Hybrid Collaboration, Heralding a New Era of Digital Connectivity.</w:t>
      </w:r>
      <w:r/>
    </w:p>
    <w:p>
      <w:r/>
      <w:r>
        <w:t xml:space="preserve">The much-anticipated HP Imagine event saw HP introduce a suite of innovative products under its Poly brand, aimed at enhancing the quality and efficiency of virtual meetings and workspaces. </w:t>
      </w:r>
      <w:r/>
    </w:p>
    <w:p>
      <w:r/>
      <w:r>
        <w:rPr>
          <w:b/>
        </w:rPr>
        <w:t>Advanced Video Conferencing Hardware</w:t>
      </w:r>
      <w:r/>
    </w:p>
    <w:p>
      <w:r/>
      <w:r>
        <w:t>HP showcased the Poly Studio X32 and X72 all-in-one video bars, alongside the Poly Studio V32 and V72 premium USB video bars. These new devices expand HP's portfolio of multi-camera video conferencing solutions, integrating artificial intelligence to improve the meeting experience. These bars are designed to furnish businesses with high-quality video and audio functionalities, tailored to fit various room sizes and layouts.</w:t>
      </w:r>
      <w:r/>
    </w:p>
    <w:p>
      <w:r/>
      <w:r>
        <w:rPr>
          <w:b/>
        </w:rPr>
        <w:t>Enhanced Software and New Features</w:t>
      </w:r>
      <w:r/>
    </w:p>
    <w:p>
      <w:r/>
      <w:r>
        <w:t>The Poly VideoOS 4.4 update was another major highlight, introducing sophisticated AI features for existing meeting room devices. This new software includes the Poly DirectorAI Perimeter, which allows IT administrators to set smart camera boundaries in real-time, ensuring the camera only captures the meeting participants. Additionally, Poly NoiseBlockAI v2 utilises machine learning for advanced noise filtering, effectively eliminating reverb from glass walls and reflective surfaces.</w:t>
      </w:r>
      <w:r/>
    </w:p>
    <w:p>
      <w:r/>
      <w:r>
        <w:rPr>
          <w:b/>
        </w:rPr>
        <w:t>Introducing Poly Labs</w:t>
      </w:r>
      <w:r/>
    </w:p>
    <w:p>
      <w:r/>
      <w:r>
        <w:t>HP also announced Poly Labs, a cutting-edge program that offers customers an early peek into experimental features designed to elevate collaboration. Among the new features being trialled is VoiceScoreAI, which analyses the audio quality within meeting rooms and provides suggestions for improvement to enhance the user's experience.</w:t>
      </w:r>
      <w:r/>
    </w:p>
    <w:p>
      <w:r/>
      <w:r>
        <w:rPr>
          <w:b/>
        </w:rPr>
        <w:t>Cloud Management and Security Solutions</w:t>
      </w:r>
      <w:r/>
    </w:p>
    <w:p>
      <w:r/>
      <w:r>
        <w:t>To bolster its cloud management platform, HP is enhancing Poly Lens with new customised, secure options. Notably, Poly Lens Premium now includes features like Remote Room Control, which allows IT administrators to troubleshoot and resolve issues remotely. Additional integrations such as Poly CloudConnect for Zoom Rooms facilitate seamless participation in Microsoft Teams calls from within Zoom Rooms, supporting dual monitor setups and content sharing. The Poly PrivateConnect Meeting Control offers greater flexibility for secure video environments.</w:t>
      </w:r>
      <w:r/>
    </w:p>
    <w:p>
      <w:r/>
      <w:r>
        <w:rPr>
          <w:b/>
        </w:rPr>
        <w:t>Partnership with Google on Project Starline</w:t>
      </w:r>
      <w:r/>
    </w:p>
    <w:p>
      <w:r/>
      <w:r>
        <w:t>HP's collaborative venture with Google on Project Starline was another significant announcement. This initiative brings immersive technology to workplaces, utilising advanced AI and 3D imaging to create a realistic, in-person meeting experience. The first units will be available in 2025, with reservations for priority delivery now open.</w:t>
      </w:r>
      <w:r/>
    </w:p>
    <w:p>
      <w:r/>
      <w:r>
        <w:rPr>
          <w:b/>
        </w:rPr>
        <w:t>Workforce Solutions and AI Readiness</w:t>
      </w:r>
      <w:r/>
    </w:p>
    <w:p>
      <w:r/>
      <w:r>
        <w:t>HP has unveiled several initiatives targeting workplace efficiency and employee well-being. The HP Workforce Experience Platform is being expanded, now available to new or renewing HP Proactive Insights customers in the US. This platform features secure monitoring and management tools for printers and PCs, AI-powered fleet management, and employee sentiment analysis. Integrations with Microsoft Power BI, Power Automate, and Tableau are currently available, with future support planned for Microsoft Intune and ServiceNow.</w:t>
      </w:r>
      <w:r/>
    </w:p>
    <w:p>
      <w:r/>
      <w:r>
        <w:t>HP is also rolling out a new AI advisory service in November 2024, aimed at helping companies capitalise on Microsoft 365 Copilot. Initially launching in the US, UK, France, Spain, Ireland, and Germany, this service will assess AI readiness, conduct workshops, and assist in planning the new AI tools’ rollout.</w:t>
      </w:r>
      <w:r/>
    </w:p>
    <w:p>
      <w:r/>
      <w:r>
        <w:rPr>
          <w:b/>
        </w:rPr>
        <w:t>Managed Collaboration Services</w:t>
      </w:r>
      <w:r/>
    </w:p>
    <w:p>
      <w:r/>
      <w:r>
        <w:t>Global availability of HP Managed Collaboration Services was also announced, aiming to modernise and maintain conference rooms with flexible and reliable video-enabled room solutions. Utilizing Poly and HP equipment, these services promise exceptional meeting experience standards.</w:t>
      </w:r>
      <w:r/>
    </w:p>
    <w:p>
      <w:r/>
      <w:r>
        <w:rPr>
          <w:b/>
        </w:rPr>
        <w:t>Strategic Acquisition of Vyopta</w:t>
      </w:r>
      <w:r/>
    </w:p>
    <w:p>
      <w:r/>
      <w:r>
        <w:t>HP further signalled its intent to optimise employee experience with the acquisition of Vyopta. This 2007-founded company specialises in monitoring and managing large unified communications networks. The acquisition is expected to enhance HP’s Workforce Experience Platform, introduced earlier this year in private beta. Highlighting this partnership's value, Faisal Masud, President of HP Digital Services, stated that Vyopta’s capabilities in delivering collaboration experience through contextual intelligence, unified visibility, and actionable alerts will significantly benefit HP’s strategic endeavours.</w:t>
      </w:r>
      <w:r/>
    </w:p>
    <w:p>
      <w:r/>
      <w:r>
        <w:rPr>
          <w:b/>
        </w:rPr>
        <w:t>Conclusion</w:t>
      </w:r>
      <w:r/>
    </w:p>
    <w:p>
      <w:r/>
      <w:r>
        <w:t>These announcements culminate in HP’s commitment to facilitating superior hybrid collaboration through innovative AI-driven solutions. The recent developments underscore HP’s strategic direction and reflect its dedication to improving digital workspace efficiency and employee satisfaction.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