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HubSpot enhances CRM platform with AI suite 'Breeze'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HubSpot Enhances CRM Platform with AI Suite 'Breeze'</w:t>
      </w:r>
      <w:r/>
    </w:p>
    <w:p>
      <w:r/>
      <w:r>
        <w:t>HubSpot, a leading provider of customer relationship management (CRM) software, has unveiled Breeze, a comprehensive suite of artificial intelligence tools aimed at enhancing the productivity and efficiency of marketing, sales, and customer service teams. The announcement, made during HubSpot's annual Inbound conference and Fall 2024 Spotlight event, signals a significant step forward in the integration of AI technology within CRM platforms.</w:t>
      </w:r>
      <w:r/>
    </w:p>
    <w:p>
      <w:r/>
      <w:r>
        <w:rPr>
          <w:b/>
        </w:rPr>
        <w:t>Key Features and Capabilities of Breeze</w:t>
      </w:r>
      <w:r/>
    </w:p>
    <w:p>
      <w:r/>
      <w:r>
        <w:t>Breeze is designed to seamlessly integrate with existing workflows, offering a range of AI-driven tools without necessitating a complete overhaul of current systems. Among the most notable features is the Breeze Copilot chatbot, which leverages AI to perform various tasks such as summarising and analysing customer service interactions, researching competitors, and creating content for advertisements and marketing campaigns. The chatbot works in conjunction with a company's data and HubSpot’s Smart CRM, aiming to provide practical, real-time solutions.</w:t>
      </w:r>
      <w:r/>
    </w:p>
    <w:p>
      <w:r/>
      <w:r>
        <w:t>The suite includes over 80 AI features, underscoring HubSpot's commitment to embedding AI deeply into its platform. This introduction comes as HubSpot's research indicates that 90% of executives are adopting AI into their operations, presenting a substantial opportunity to effect change in business processes.</w:t>
      </w:r>
      <w:r/>
    </w:p>
    <w:p>
      <w:r/>
      <w:r>
        <w:rPr>
          <w:b/>
        </w:rPr>
        <w:t>Breeze Agents: Automating Workflows</w:t>
      </w:r>
      <w:r/>
    </w:p>
    <w:p>
      <w:r/>
      <w:r>
        <w:t>A standout component of Breeze is the Breeze Agents, AI-powered entities designed to automate various workflows. There are four types of agents—content, social media, prospecting, and customer—that handle repetitive tasks or augment team efforts:</w:t>
      </w:r>
      <w:r/>
      <w:r/>
    </w:p>
    <w:p>
      <w:pPr>
        <w:pStyle w:val="ListNumber"/>
        <w:numPr>
          <w:ilvl w:val="0"/>
          <w:numId w:val="14"/>
        </w:numPr>
        <w:spacing w:line="240" w:lineRule="auto"/>
        <w:ind w:left="720"/>
      </w:pPr>
      <w:r/>
      <w:r>
        <w:rPr>
          <w:b/>
        </w:rPr>
        <w:t>Content Agent</w:t>
      </w:r>
      <w:r>
        <w:t>: Generates website text, blogs, case studies, and podcasts in line with a brand's voice.</w:t>
      </w:r>
      <w:r/>
    </w:p>
    <w:p>
      <w:pPr>
        <w:pStyle w:val="ListNumber"/>
        <w:spacing w:line="240" w:lineRule="auto"/>
        <w:ind w:left="720"/>
      </w:pPr>
      <w:r/>
      <w:r>
        <w:rPr>
          <w:b/>
        </w:rPr>
        <w:t>Social Media Agent</w:t>
      </w:r>
      <w:r>
        <w:t>: Produces and schedules social media posts, ensuring alignment with company goals and audience engagement strategies.</w:t>
      </w:r>
      <w:r/>
    </w:p>
    <w:p>
      <w:pPr>
        <w:pStyle w:val="ListNumber"/>
        <w:spacing w:line="240" w:lineRule="auto"/>
        <w:ind w:left="720"/>
      </w:pPr>
      <w:r/>
      <w:r>
        <w:rPr>
          <w:b/>
        </w:rPr>
        <w:t>Prospecting Agent</w:t>
      </w:r>
      <w:r>
        <w:t>: Conducts research and personalises outreach efforts to potential clients, optimising the timing of messages for maximum impact.</w:t>
      </w:r>
      <w:r/>
    </w:p>
    <w:p>
      <w:pPr>
        <w:pStyle w:val="ListNumber"/>
        <w:spacing w:line="240" w:lineRule="auto"/>
        <w:ind w:left="720"/>
      </w:pPr>
      <w:r/>
      <w:r>
        <w:rPr>
          <w:b/>
        </w:rPr>
        <w:t>Customer Agent</w:t>
      </w:r>
      <w:r>
        <w:t>: Interacts with customers using a company's knowledge base to address standard queries, escalating more complex issues to human agents when necessary.</w:t>
      </w:r>
      <w:r/>
      <w:r/>
    </w:p>
    <w:p>
      <w:r/>
      <w:r>
        <w:t>These agents are designed to lighten the workload of human employees, allowing them to focus on more high-level, strategic activities. This is particularly beneficial in today's business environment where customer experience is as vital as the products or services offered.</w:t>
      </w:r>
      <w:r/>
    </w:p>
    <w:p>
      <w:r/>
      <w:r>
        <w:rPr>
          <w:b/>
        </w:rPr>
        <w:t>Addressing Customer Service Demands</w:t>
      </w:r>
      <w:r/>
    </w:p>
    <w:p>
      <w:r/>
      <w:r>
        <w:t>The introduction of Breeze comes at a critical time when customer service expectations are higher than ever. According to HubSpot's 2024 State of Customer Service report, 80% of customers believe their experience with a company is as important as its products or services. The report also highlights the pressure on companies to resolve customer service tickets promptly, with 21% of customers expecting immediate resolution and another 23% anticipating a fix within an hour.</w:t>
      </w:r>
      <w:r/>
    </w:p>
    <w:p>
      <w:r/>
      <w:r>
        <w:t>AI-powered solutions like the Breeze Copilot chatbot and the various Breeze Agents have the potential to significantly ease this burden. By automating low-complexity tasks such as note-taking, post-call processing, and real-time response generation, these tools allow human agents to focus on more complex issues, thereby improving efficiency and customer satisfaction.</w:t>
      </w:r>
      <w:r/>
    </w:p>
    <w:p>
      <w:r/>
      <w:r>
        <w:rPr>
          <w:b/>
        </w:rPr>
        <w:t>Enhancing Customer Experience with AI</w:t>
      </w:r>
      <w:r/>
    </w:p>
    <w:p>
      <w:r/>
      <w:r>
        <w:t>Live support AI enhances the customer experience by offering tailored interactions and proactive issue resolution. AI can analyse customer sentiment through sentiment analysis tools and provide appropriate, context-sensitive responses. For example, if a customer expresses frustration about a recurring issue, the system can be programmed to offer a suitable recompense automatically.</w:t>
      </w:r>
      <w:r/>
    </w:p>
    <w:p>
      <w:r/>
      <w:r>
        <w:t>Moreover, AI can anticipate customer needs based on their behaviour. For instance, if a customer frequently views certain products but does not purchase them, the AI can offer targeted assistance or suggest complementary items, thereby increasing the likelihood of a sale.</w:t>
      </w:r>
      <w:r/>
    </w:p>
    <w:p>
      <w:r/>
      <w:r>
        <w:rPr>
          <w:b/>
        </w:rPr>
        <w:t>Conclusion</w:t>
      </w:r>
      <w:r/>
    </w:p>
    <w:p>
      <w:r/>
      <w:r>
        <w:t>HubSpot's introduction of Breeze marks a significant advancement in the application of AI within CRM systems. By automating routine tasks and providing data-driven insights, Breeze aims to enhance the efficiency and effectiveness of marketing, sales, and customer service teams. As AI capabilities continue to expand, the potential for more personalised and predictive customer care becomes increasingly attainable, promising to revolutionise the way businesses interact with their customers.</w:t>
      </w:r>
      <w:r/>
    </w:p>
    <w:p>
      <w:r/>
      <w:r>
        <w:t>This article has been prepared for distribution through TechRadarPro's Expert Insights channel, featuring contributions from industry leaders and professionals.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