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LALAL.AI takes a leap in AI music technology with Perseus AI launch</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LALAL.AI Takes a Leap in AI Music Technology with Perseus AI Launch</w:t>
      </w:r>
      <w:r/>
    </w:p>
    <w:p>
      <w:r/>
      <w:r>
        <w:t>London, UK - LALAL.AI, a leader in AI music technology, unveils its newest innovation, Perseus AI, marking a significant advancement in vocal extraction and removal tools. This introduction continues the relentless pace of competition and development in the AI music technology sector, focusing on providing practical utility without infringing on copyright-protected material.</w:t>
      </w:r>
      <w:r/>
    </w:p>
    <w:p>
      <w:r/>
      <w:r>
        <w:rPr>
          <w:b/>
        </w:rPr>
        <w:t>Revolutionary Technology: Importance and Innovations</w:t>
      </w:r>
      <w:r/>
    </w:p>
    <w:p>
      <w:r/>
      <w:r>
        <w:t>Perseus AI stands out primarily for its foundation on transformer-based architecture, a sophisticated machine learning model initially developed by Google and broadly adopted across various technological fields. This cutting-edge approach ensures a higher accuracy in vocal separation, surpassing its predecessor, Orion, by a notable 15% in extraction quality. The advancements are evident in both acapella and instrumental creation, delivering enhanced clarity and separation, approximately a decibel higher across multiple benchmarks.</w:t>
      </w:r>
      <w:r/>
    </w:p>
    <w:p>
      <w:r/>
      <w:r>
        <w:rPr>
          <w:b/>
        </w:rPr>
        <w:t>The Significance of Naming and User Experience</w:t>
      </w:r>
      <w:r/>
    </w:p>
    <w:p>
      <w:r/>
      <w:r>
        <w:t>LALAL.AI’s tradition of naming its neural networks after constellations continues with "Perseus," a name symbolising transformation. Just as Perseus in mythology underwent significant transformations, the technology is designed to transform musical compositions into high-quality stems. The company explains, "The new neural network works on a transformer model reminded us of the Perseus constellation, more specifically, of the myth of Perseus, which is closely associated with the themes of transformation.”</w:t>
      </w:r>
      <w:r/>
    </w:p>
    <w:p>
      <w:r/>
      <w:r>
        <w:rPr>
          <w:b/>
        </w:rPr>
        <w:t>User-Friendly Integration</w:t>
      </w:r>
      <w:r/>
    </w:p>
    <w:p>
      <w:r/>
      <w:r>
        <w:t>Perseus is seamlessly integrated into LALAL.AI’s platform, set as the default for tasks such as vocal and instrumental stem separation. Users simply select "Vocal and Instrumental," upload the track, and let Perseus take over. Additionally, for those curious about the improvements, LALAL.AI offers a side-by-side comparison feature, enabling free previewing of Perseus against previous models.</w:t>
      </w:r>
      <w:r/>
    </w:p>
    <w:p>
      <w:r/>
      <w:r>
        <w:t>Besides being the default in the Stem Splitter, Perseus is also embedded in the Voice Cleaner, Lead &amp; Back Vocal Splitter, and Echo &amp; Reverb Remover. This broad integration ensures that users can achieve precise vocal isolation across various applications with ease.</w:t>
      </w:r>
      <w:r/>
    </w:p>
    <w:p>
      <w:r/>
      <w:r>
        <w:rPr>
          <w:b/>
        </w:rPr>
        <w:t>Extended Offers for Subscription Users</w:t>
      </w:r>
      <w:r/>
    </w:p>
    <w:p>
      <w:r/>
      <w:r>
        <w:t>To celebrate the launch of Perseus, LALAL.AI is offering extra processing time for its paid subscribers. Pro pack users will receive an additional 50 minutes, whereas Plus pack users gain an extra 30 minutes of processing time. This promotional offer is available from September 25 to October 7.</w:t>
      </w:r>
      <w:r/>
    </w:p>
    <w:p>
      <w:r/>
      <w:r>
        <w:rPr>
          <w:b/>
        </w:rPr>
        <w:t>Conclusion</w:t>
      </w:r>
      <w:r/>
    </w:p>
    <w:p>
      <w:r/>
      <w:r>
        <w:t>With Perseus AI, LALAL.AI has raised the bar in AI-driven music technology, offering an enhanced and precise solution for vocal extraction and removal. This development holds the promise of significantly enriching the experience of audio and video production professionals and enthusiasts alike.</w:t>
      </w:r>
      <w:r/>
    </w:p>
    <w:p>
      <w:r/>
      <w:r>
        <w:t>For anyone interested in testing the capabilities of Perseus AI, more details and trial options are available directly on the LALAL.AI website.</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