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Ray-Ban and Meta announce major upgrades to smart glasses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Ray-Ban and Meta Announce Major Upgrades to Smart Glasses</w:t>
      </w:r>
      <w:r/>
    </w:p>
    <w:p>
      <w:r/>
      <w:r>
        <w:t>Ray-Ban and Meta have made a significant leap in wearable technology with the latest enhancements to their smart glasses. The updated Ray-Ban Meta glasses, presented this week, incorporate groundbreaking artificial intelligence (AI) features, expanding partnerships, and innovative design choices. These upgrades collectively aim to enrich user interaction and functionality, positioning the glasses as an essential accessory for tech enthusiasts.</w:t>
      </w:r>
      <w:r/>
    </w:p>
    <w:p>
      <w:pPr>
        <w:pStyle w:val="Heading3"/>
      </w:pPr>
      <w:r>
        <w:t>Enhanced AI Features for Intuitive Interaction</w:t>
      </w:r>
      <w:r/>
    </w:p>
    <w:p>
      <w:r/>
      <w:r>
        <w:t>The Ray-Ban Meta glasses have introduced a more seamless AI integration. Users can now engage with Meta AI by simply using the wake word “Hey Meta” and continuing the conversation naturally, without the need to repeat the wake word. This streamlines the user experience, enabling more intuitive and hands-free interaction.</w:t>
      </w:r>
      <w:r/>
    </w:p>
    <w:p>
      <w:r/>
      <w:r>
        <w:t>One standout feature is the ability to set reminders and remember crucial details on the go, such as the location of a parked car or a prompt to send a message later. This functionality further alleviates the need to constantly use a smartphone, integrating everyday practicality into the eyewear.</w:t>
      </w:r>
      <w:r/>
    </w:p>
    <w:p>
      <w:pPr>
        <w:pStyle w:val="Heading3"/>
      </w:pPr>
      <w:r>
        <w:t>Hands-Free Messaging and Real-Time Assistance</w:t>
      </w:r>
      <w:r/>
    </w:p>
    <w:p>
      <w:r/>
      <w:r>
        <w:t>The latest updates facilitate enhanced messaging capabilities. Users can record and send voice messages on platforms like WhatsApp and Messenger without picking up their phone. This hands-free functionality is particularly beneficial in situations where users might be multitasking or have their hands full.</w:t>
      </w:r>
      <w:r/>
    </w:p>
    <w:p>
      <w:r/>
      <w:r>
        <w:t>Another exciting addition is the video integration with Meta AI, offering real-time assistance. Whether exploring a new city or navigating a grocery store, users can ask Meta AI for information or suggestions, effectively creating a personalized, hands-free guide to their surroundings.</w:t>
      </w:r>
      <w:r/>
    </w:p>
    <w:p>
      <w:pPr>
        <w:pStyle w:val="Heading3"/>
      </w:pPr>
      <w:r>
        <w:t>Real-Time Translation Features</w:t>
      </w:r>
      <w:r/>
    </w:p>
    <w:p>
      <w:r/>
      <w:r>
        <w:t>Ray-Ban Meta glasses are set to introduce real-time speech translation, supporting languages such as Spanish, French, and Italian. This feature allows the glasses to translate spoken words into English through open-ear speakers, enhancing travel experiences and fostering smoother communication across different languages.</w:t>
      </w:r>
      <w:r/>
    </w:p>
    <w:p>
      <w:pPr>
        <w:pStyle w:val="Heading3"/>
      </w:pPr>
      <w:r>
        <w:t>Expanded Partnerships for Broader functionalities</w:t>
      </w:r>
      <w:r/>
    </w:p>
    <w:p>
      <w:r/>
      <w:r>
        <w:t>The glasses' usefulness is extended through new and expanded partnerships. A collaboration with Be My Eyes connects visually impaired individuals with sighted volunteers via point-of-view video calling, leveraging technology to offer greater accessibility. Integrations with popular music services Spotify and Amazon Music are also being advanced, with upcoming partnerships including Audible and iHeart. Users can search, discover, and play content using voice commands, simplifying access to their favourite media.</w:t>
      </w:r>
      <w:r/>
    </w:p>
    <w:p>
      <w:pPr>
        <w:pStyle w:val="Heading3"/>
      </w:pPr>
      <w:r>
        <w:t>Design Innovations with Transparent Frames</w:t>
      </w:r>
      <w:r/>
    </w:p>
    <w:p>
      <w:r/>
      <w:r>
        <w:t>Emphasising both innovation and style, Ray-Ban is launching a limited edition set of Shiny Transparent Wayfarer frames. These frames are designed to make the embedded technology visible while also making a bold fashion statement. Additionally, new UltraTransitions® GEN S™ lenses by EssilorLuxottica provide adaptive solutions to varying light conditions.</w:t>
      </w:r>
      <w:r/>
    </w:p>
    <w:p>
      <w:pPr>
        <w:pStyle w:val="Heading3"/>
      </w:pPr>
      <w:r>
        <w:t>Meta Connect 2024: New Product Announcements</w:t>
      </w:r>
      <w:r/>
    </w:p>
    <w:p>
      <w:r/>
      <w:r>
        <w:t>At the 2024 Meta Connect developer conference, Meta CEO Mark Zuckerberg, alongside other executives, unveiled several new products and features. Among them was the Meta Quest 3S mixed reality headset, priced at $299, which is a less expensive successor to the Quest 3 but includes numerous hardware and software upgrades. These include spatial audio by Dolby Atmos and capabilities for acting as a remote desktop for Windows 11 PCs.</w:t>
      </w:r>
      <w:r/>
    </w:p>
    <w:p>
      <w:r/>
      <w:r>
        <w:t>The conference also introduced "Hyperscape", a feature enabling users to recreate physical spaces in a virtual environment, adding a novel dimension to virtual reality.</w:t>
      </w:r>
      <w:r/>
    </w:p>
    <w:p>
      <w:pPr>
        <w:pStyle w:val="Heading3"/>
      </w:pPr>
      <w:r>
        <w:t>Upcoming AI Improvements and New AI Model</w:t>
      </w:r>
      <w:r/>
    </w:p>
    <w:p>
      <w:r/>
      <w:r>
        <w:t>Meta also revealed updates to its AI products, including the new model Llama 3.2, which can interpret both images and text. A voice interaction capability, featuring system voices including several celebrity voices, was also introduced. An additional feature demonstrated real-time language translation and video dubbing to translate content on platforms like Instagram and Facebook.</w:t>
      </w:r>
      <w:r/>
    </w:p>
    <w:p>
      <w:pPr>
        <w:pStyle w:val="Heading3"/>
      </w:pPr>
      <w:r>
        <w:t>Prototype of Orion AR Glasses</w:t>
      </w:r>
      <w:r/>
    </w:p>
    <w:p>
      <w:r/>
      <w:r>
        <w:t>In a surprising reveal, Zuckerberg debuted a prototype of Orion, Meta’s first "true AR" glasses. These glasses utilise light diffraction to create holographic displays, moving away from traditional screen technology. While there is no set release date, the introduction of these glasses aims to forge a stronger link between smartphones and wearable devices.</w:t>
      </w:r>
      <w:r/>
    </w:p>
    <w:p>
      <w:pPr>
        <w:pStyle w:val="Heading3"/>
      </w:pPr>
      <w:r>
        <w:t>Implications for Future Tech and Brands</w:t>
      </w:r>
      <w:r/>
    </w:p>
    <w:p>
      <w:r/>
      <w:r>
        <w:t>The advancements in smart eyewear indicate Meta's broader ambition to integrate advanced tech seamlessly into everyday life. By enhancing user experiences and expanding capabilities, these smart glasses open new avenues for product integration and content personalization. For brands, this could translate into innovative ways to engage consumers through augmented reality and AI-driven insights.</w:t>
      </w:r>
      <w:r/>
    </w:p>
    <w:p>
      <w:r/>
      <w:r>
        <w:t>The blend of fashion-forward design and cutting-edge technology in the latest Ray-Ban Meta glasses suggests a promising future for wearable tech, where style and functionality converge to meet the evolving needs of users.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