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Skift launches Elevate initiative, Meta unveils innovative translation tech, and a comparison of Choice and Wyndham Hotels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Skift Launches 'Elevate' Initiative, Meta Unveils Innovative Translation Tech, and a Comparison of Choice and Wyndham Hotels</w:t>
      </w:r>
      <w:r/>
    </w:p>
    <w:p>
      <w:r/>
      <w:r>
        <w:rPr>
          <w:b/>
        </w:rPr>
        <w:t>New York, September 26</w:t>
      </w:r>
      <w:r>
        <w:t xml:space="preserve"> - Skift, a leading platform in the travel industry, has launched Skift Elevate, an ambitious initiative designed to amplify underrepresented voices within the sector. This move was announced at the recent Skift Global Forum, where several prominent women from the travel industry discussed crucial topics like gender equity, leadership development, and inclusivity in the workplace.</w:t>
      </w:r>
      <w:r/>
    </w:p>
    <w:p>
      <w:r/>
      <w:r>
        <w:t>Carolyn Kremins, President of Skift, described Elevate as a movement aimed at fostering meaningful and collective action within the travel industry. The initiative plans to host a series of events, generate targeted content, and establish various industry partnerships to drive its mission forward.</w:t>
      </w:r>
      <w:r/>
    </w:p>
    <w:p>
      <w:r/>
      <w:r>
        <w:rPr>
          <w:b/>
        </w:rPr>
        <w:t>Meta's Translation Tech in Ray-Ban Smart Glasses</w:t>
      </w:r>
      <w:r/>
    </w:p>
    <w:p>
      <w:r/>
      <w:r>
        <w:t>In a significant technological development, Meta announced at the Meta Connect developer conference that its AI-powered Ray-Ban smart glasses will soon include live voice translation capabilities. Meta CEO Mark Zuckerberg demonstrated the new feature, which will assist travellers in overcoming language barriers. The glasses will be equipped to provide real-time English translations of conversations in Spanish, French, or Italian through a built-in speaker. Conversely, translations from English into these languages will be accessible via an app.</w:t>
      </w:r>
      <w:r/>
    </w:p>
    <w:p>
      <w:r/>
      <w:r>
        <w:t>The exact release date of this innovative feature remains undisclosed, but Meta has stated intentions to expand the feature to include more languages in the future.</w:t>
      </w:r>
      <w:r/>
    </w:p>
    <w:p>
      <w:r/>
      <w:r>
        <w:rPr>
          <w:b/>
        </w:rPr>
        <w:t>Choice and Wyndham Hotels: A Comparative Analysis</w:t>
      </w:r>
      <w:r/>
    </w:p>
    <w:p>
      <w:r/>
      <w:r>
        <w:t>In the hotel industry, Senior Hospitality Editor Sean O’Neill has provided an insightful comparison between hotel giants Choice Hotels and Wyndham Hotels, following Choice's unsuccessful attempt to merge with Wyndham earlier this year.</w:t>
      </w:r>
      <w:r/>
    </w:p>
    <w:p>
      <w:r/>
      <w:r>
        <w:t>Utilising data from three independent research analysts, O’Neill detailed both companies' market positions. Wyndham appears to be well-positioned to capitalise on the anticipated $1.5 trillion infrastructure investment in the United States, which is expected to boost demand for its three extended-stay brands. However, due to some financial pressures, Wyndham has adjusted its full-year revenue guidance lower, signalling potential strains on its revenue per available room.</w:t>
      </w:r>
      <w:r/>
    </w:p>
    <w:p>
      <w:r/>
      <w:r>
        <w:t>On the other hand, Choice Hotels generally commands higher fees per room, given that a large proportion of its rooms are in the midscale or upper-midscale segments. Despite this, the company has experienced modest growth in revenue per available room within the U.S. market, which has been less than stellar when compared to sector expectations.</w:t>
      </w:r>
      <w:r/>
    </w:p>
    <w:p>
      <w:r/>
      <w:r>
        <w:t>Readers interested in more details about these developments can explore further through Skift’s daily podcast, which provides quick updates on the top travel stories every weekday.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