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Zoom unveils AI companion tool features for UMB users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Zoom Unveils AI Companion Tool Features for UMB Users</w:t>
      </w:r>
      <w:r/>
    </w:p>
    <w:p>
      <w:r/>
      <w:r>
        <w:t>In an effort to streamline productivity and mitigate post-meeting administrative tasks, Zoom has introduced its highly anticipated AI Companion tool, now available for users at the University of Maryland, Baltimore (UMB). This new addition includes two major features: Meeting Summary and Smart Recording, designed to function as a personal assistant across the platform.</w:t>
      </w:r>
      <w:r/>
    </w:p>
    <w:p>
      <w:r/>
      <w:r>
        <w:rPr>
          <w:b/>
        </w:rPr>
        <w:t>Enhancing Productivity with AI Companion</w:t>
      </w:r>
      <w:r/>
    </w:p>
    <w:p>
      <w:r/>
      <w:r>
        <w:t>Meeting Summary with AI Companion empowers hosts to generate an artificial intelligence-driven summary of discussions held during a meeting. The host has the autonomy to decide when, how, and with whom this summary will be shared. This tool supports translations in over 30 languages, offering a significant advantage for international attendees to review key points and topics covered during a meeting.</w:t>
      </w:r>
      <w:r/>
    </w:p>
    <w:p>
      <w:r/>
      <w:r>
        <w:t>Smart Recording with AI Companion provides advanced functionalities for cloud-based recordings. Users will benefit from recording highlights, summaries, smart chapters, and outlined next steps, significantly enhancing the post-meeting review process. Additionally, it offers a “meeting coach” feature that delivers metrics for improvement, such as talk-speed, speak-to-listen ratios, and the frequency of filler words. This coaching component is aimed at refining the presentation and speaking abilities of the users.</w:t>
      </w:r>
      <w:r/>
    </w:p>
    <w:p>
      <w:r/>
      <w:r>
        <w:rPr>
          <w:b/>
        </w:rPr>
        <w:t>Managing AI Companion Settings</w:t>
      </w:r>
      <w:r/>
    </w:p>
    <w:p>
      <w:r/>
      <w:r>
        <w:t>Users wishing to activate or customize their AI Companion settings can do so by logging into their Zoom accounts via UMB’s dedicated portal, umaryland.zoom.us. Within the settings, an AI Companion tab is available where users can select and enable desired features tailored to their meeting needs.</w:t>
      </w:r>
      <w:r/>
    </w:p>
    <w:p>
      <w:r/>
      <w:r>
        <w:rPr>
          <w:b/>
        </w:rPr>
        <w:t>Zoomtopia 2024: Exploring Cutting-Edge Technology</w:t>
      </w:r>
      <w:r/>
    </w:p>
    <w:p>
      <w:r/>
      <w:r>
        <w:t>For those interested in delving deeper into Zoom’s innovative tools and their potential benefits for academic and professional settings, Zoomtopia 2024 presents an excellent opportunity. Scheduled for October 9, the free event will include an array of seminars and informational sessions led by experts, providing insights into how this groundbreaking technology can support various aspects of work and learning at UMB.</w:t>
      </w:r>
      <w:r/>
    </w:p>
    <w:p>
      <w:r/>
      <w:r>
        <w:t>The introduction of AI Companion tools heralds a new era of efficiency for Zoom users at UMB, offering robust features designed to enhance meeting productivity and simplify post-meeting processes.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