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 unveils AI study assistant for college students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Adobe Unveils AI Study Assistant for College Students</w:t>
      </w:r>
      <w:r/>
    </w:p>
    <w:p>
      <w:r/>
      <w:r>
        <w:t>Thursday, 26 September 2024 4:55 PM</w:t>
      </w:r>
      <w:r/>
    </w:p>
    <w:p>
      <w:r/>
      <w:r>
        <w:t>College students grappling with the immense volume of study materials now have a technological ally to help lighten the load. Adobe has introduced its Acrobat AI Assistant, a versatile tool designed to help students maximise their study efforts and focus on what truly matters in their academic journey.</w:t>
      </w:r>
      <w:r/>
    </w:p>
    <w:p>
      <w:r/>
      <w:r>
        <w:t>The proliferation of digital content has been both a boon and a challenge for today’s students. With countless textbooks, notes, research papers, and online resources at their fingertips, the sheer volume can often be overwhelming. Fortunately, Adobe seeks to address this issue by offering a range of AI-powered features tailored to student needs.</w:t>
      </w:r>
      <w:r/>
    </w:p>
    <w:p>
      <w:pPr>
        <w:pStyle w:val="Heading3"/>
      </w:pPr>
      <w:r>
        <w:t>Key Features of Acrobat AI Assistant</w:t>
      </w:r>
      <w:r/>
    </w:p>
    <w:p>
      <w:r/>
      <w:r>
        <w:t xml:space="preserve">1. </w:t>
      </w:r>
      <w:r>
        <w:rPr>
          <w:b/>
        </w:rPr>
        <w:t>Learning Enhancement</w:t>
      </w:r>
      <w:r>
        <w:t>: University courses often include complex and dense reading materials that can be challenging to digest. The Acrobat AI Assistant can summarise these documents and create concise outlines, making it easier for students to navigate and comprehend critical information. By simplifying complex texts, it allows students to engage more deeply with the material.</w:t>
      </w:r>
      <w:r/>
    </w:p>
    <w:p>
      <w:r/>
      <w:r>
        <w:t xml:space="preserve">2. </w:t>
      </w:r>
      <w:r>
        <w:rPr>
          <w:b/>
        </w:rPr>
        <w:t>Efficient Studying</w:t>
      </w:r>
      <w:r>
        <w:t>: Preparing for exams can be an overwhelming endeavour. The AI Assistant can assist by integrating lecture notes, handouts, texts, and presentations, organising them by key themes, definitions, and dates. It can even generate practice quizzes, study guides, and flashcards, enabling students to review and retain information more effectively.</w:t>
      </w:r>
      <w:r/>
    </w:p>
    <w:p>
      <w:r/>
      <w:r>
        <w:t xml:space="preserve">3. </w:t>
      </w:r>
      <w:r>
        <w:rPr>
          <w:b/>
        </w:rPr>
        <w:t>Brainstorming Aid</w:t>
      </w:r>
      <w:r>
        <w:t>: For students facing writer’s block or struggling to come up with ideas for projects and essays, the AI Assistant offers a valuable brainstorming resource. Whether analysing themes from historical events or generating potential topics for a research paper, the AI provides a list of ideas along with citations, helping students get started on their assignments.</w:t>
      </w:r>
      <w:r/>
    </w:p>
    <w:p>
      <w:r/>
      <w:r>
        <w:t xml:space="preserve">4. </w:t>
      </w:r>
      <w:r>
        <w:rPr>
          <w:b/>
        </w:rPr>
        <w:t>Class Presentation Support</w:t>
      </w:r>
      <w:r>
        <w:t>: Public speaking can be daunting, especially in an academic setting. The AI Assistant aids in preparation by providing thoughtful questions based on the presentation materials. This ensures that students are well-prepared for likely queries from professors and classmates, boosting their confidence when presenting.</w:t>
      </w:r>
      <w:r/>
    </w:p>
    <w:p>
      <w:r/>
      <w:r>
        <w:t xml:space="preserve">5. </w:t>
      </w:r>
      <w:r>
        <w:rPr>
          <w:b/>
        </w:rPr>
        <w:t>Accurate Citations</w:t>
      </w:r>
      <w:r>
        <w:t>: Correctly attributing sources is essential in academic work. With the AI Assistant, citations are included with clickable links, making it easier to verify information sources. This feature simplifies the process of incorporating references into essays, reports, and projects.</w:t>
      </w:r>
      <w:r/>
    </w:p>
    <w:p>
      <w:r/>
      <w:r>
        <w:t xml:space="preserve">6. </w:t>
      </w:r>
      <w:r>
        <w:rPr>
          <w:b/>
        </w:rPr>
        <w:t>Career Preparation</w:t>
      </w:r>
      <w:r>
        <w:t>: For students embarking on their professional journey, the AI Assistant can support their career development process. It can analyse job descriptions to identify critical keywords and requirements, ensuring that the student’s resume and cover letter are tailored to enhance their application’s relevance and effectiveness.</w:t>
      </w:r>
      <w:r/>
    </w:p>
    <w:p>
      <w:pPr>
        <w:pStyle w:val="Heading3"/>
      </w:pPr>
      <w:r>
        <w:t>Special Pricing and Accessibility</w:t>
      </w:r>
      <w:r/>
    </w:p>
    <w:p>
      <w:r/>
      <w:r>
        <w:t>To make this AI tool accessible, Adobe offers a special subscription price of $1.99 per month for college students. The Acrobat AI Assistant is compatible with various file types and can be accessed on desktop, web, and mobile devices, offering flexibility to students.</w:t>
      </w:r>
      <w:r/>
    </w:p>
    <w:p>
      <w:r/>
      <w:r>
        <w:t>Committed to responsible AI development, Adobe emphasises the importance of data security and promotes guidelines for the ethical use of AI. This ensures that students can leverage the AI Assistant without compromising their privacy or academic integrity.</w:t>
      </w:r>
      <w:r/>
    </w:p>
    <w:p>
      <w:r/>
      <w:r>
        <w:t>By integrating sophisticated AI into their study routines, students can potentially transform their academic experience, spending less time searching for information and more time learning and understanding their course materials. Those interested in exploring this new tool can visit Acrobat.Adobe.com for more details and subscription options.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