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integration begins to transform Apple enterprise IT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Integration Begins to Transform Apple Enterprise IT Management</w:t>
      </w:r>
      <w:r/>
    </w:p>
    <w:p>
      <w:r/>
      <w:r>
        <w:t>As artificial intelligence (AI) continues to advance, its integration into various sectors becomes increasingly prevalent. One such sector experiencing this transformation is enterprise IT management, where AI aids administrators in managing their device fleets, diagnosing common issues, and optimising existing assets. A significant development in this field comes from the Apple enterprise environment, as Cupertino-based Apple deepens its investment in AI to enhance device management.</w:t>
      </w:r>
      <w:r/>
    </w:p>
    <w:p>
      <w:r/>
      <w:r>
        <w:t>Kandji, a prominent Apple device management vendor, has taken a significant step forward with the announcement of its new AI tool named Kai. The introduction of Kai marks a notable shift in the capabilities available to Apple IT managers using Kandji’s device management system.</w:t>
      </w:r>
      <w:r/>
    </w:p>
    <w:p>
      <w:r/>
      <w:r>
        <w:t>Weldon Dodd, Senior Vice President of Global Solutions at Kandji, provided insights into what Kai entails and the benefits it brings to IT management. Describing it as “an AI-driven, natural-language query interface,” Dodd highlighted how Kai simplifies the process for IT team members to obtain information regarding the status of their Apple device fleets.</w:t>
      </w:r>
      <w:r/>
    </w:p>
    <w:p>
      <w:r/>
      <w:r>
        <w:t>The integration of Kai allows IT administrators to interact with their device management system intuitively, using natural-language queries. This interface enables team members to ask straightforward questions and receive direct answers, significantly streamlining the management process. For instance, an IT manager could query about devices requiring updates or those experiencing specific issues, and Kai would provide immediate and relevant information.</w:t>
      </w:r>
      <w:r/>
    </w:p>
    <w:p>
      <w:r/>
      <w:r>
        <w:t>This advancement is particularly valuable in enterprise environments where large fleets of Apple devices are deployed. AI tools like Kai not only enhance efficiency by reducing the manual workload on IT teams but also contribute to proactive device management. By quickly identifying and addressing potential issues, organisations can maintain optimal performance across their device networks.</w:t>
      </w:r>
      <w:r/>
    </w:p>
    <w:p>
      <w:r/>
      <w:r>
        <w:t>The deployment of AI in enterprise IT, underscored by innovations such as Kandji’s Kai, represents a broader trend of leveraging technology to improve operational efficiency and device management. As Apple continues to invest in AI and device management solutions, the integration of these tools bodes well for enterprises relying on Apple products.</w:t>
      </w:r>
      <w:r/>
    </w:p>
    <w:p>
      <w:r/>
      <w:r>
        <w:t>In conclusion, Kandji's launch of the AI tool Kai signifies an important stride in the evolution of Apple enterprise IT management. By offering an AI-driven, natural-language interface, Kai empowers IT managers with timely information and improved management capabilities, reflecting a broader trend of technological advancement in enterprise IT.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