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speech-to-text tools: innovations in no-code and low-code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AI-Powered Speech-to-Text Tools: Innovations in No-Code and Low-Code Solutions</w:t>
      </w:r>
      <w:r/>
    </w:p>
    <w:p>
      <w:r/>
      <w:r>
        <w:t>An array of innovative no-code and low-code solutions is making it possible for users with limited programming expertise to leverage AI-powered Speech-to-Text tools. Such tools utilise advanced Automatic Speech Recognition (ASR) models and are becoming central to applications in Generative AI and Audio Intelligence. According to AssemblyAI, AI applications are projected to generate an impressive $15.7 trillion for the global economy by 2030, with 35% of businesses already incorporating AI technology.</w:t>
      </w:r>
      <w:r/>
    </w:p>
    <w:p>
      <w:pPr>
        <w:pStyle w:val="Heading4"/>
      </w:pPr>
      <w:r>
        <w:t>No-Code and Low-Code Integrations</w:t>
      </w:r>
      <w:r/>
    </w:p>
    <w:p>
      <w:r/>
      <w:r>
        <w:t xml:space="preserve">1. </w:t>
      </w:r>
      <w:r>
        <w:rPr>
          <w:b/>
        </w:rPr>
        <w:t>Make</w:t>
      </w:r>
      <w:r>
        <w:t xml:space="preserve">- </w:t>
      </w:r>
      <w:r>
        <w:rPr>
          <w:b/>
        </w:rPr>
        <w:t>Description:</w:t>
      </w:r>
      <w:r>
        <w:t xml:space="preserve"> Make allows users to combine various services to create custom workflows and tasks. - </w:t>
      </w:r>
      <w:r>
        <w:rPr>
          <w:b/>
        </w:rPr>
        <w:t>Application:</w:t>
      </w:r>
      <w:r>
        <w:t xml:space="preserve"> The AssemblyAI app for Make offers transcription, audio data analysis, and application of Large Language Models (LLMs) to audio data.</w:t>
      </w:r>
      <w:r/>
    </w:p>
    <w:p>
      <w:r/>
      <w:r>
        <w:t xml:space="preserve">2. </w:t>
      </w:r>
      <w:r>
        <w:rPr>
          <w:b/>
        </w:rPr>
        <w:t>Zapier</w:t>
      </w:r>
      <w:r>
        <w:t xml:space="preserve">- </w:t>
      </w:r>
      <w:r>
        <w:rPr>
          <w:b/>
        </w:rPr>
        <w:t>Description:</w:t>
      </w:r>
      <w:r>
        <w:t xml:space="preserve"> A workflow automation tool designed for users without intensive coding skills. - </w:t>
      </w:r>
      <w:r>
        <w:rPr>
          <w:b/>
        </w:rPr>
        <w:t>Application:</w:t>
      </w:r>
      <w:r>
        <w:t xml:space="preserve"> The AssemblyAI Zapier app facilitates transcription of audio and video files from multiple sources and outputs the transcripts to other services.</w:t>
      </w:r>
      <w:r/>
    </w:p>
    <w:p>
      <w:r/>
      <w:r>
        <w:t xml:space="preserve">3. </w:t>
      </w:r>
      <w:r>
        <w:rPr>
          <w:b/>
        </w:rPr>
        <w:t>Activepieces</w:t>
      </w:r>
      <w:r>
        <w:t xml:space="preserve">- </w:t>
      </w:r>
      <w:r>
        <w:rPr>
          <w:b/>
        </w:rPr>
        <w:t>Description:</w:t>
      </w:r>
      <w:r>
        <w:t xml:space="preserve"> An open-source, AI-first automation platform. - </w:t>
      </w:r>
      <w:r>
        <w:rPr>
          <w:b/>
        </w:rPr>
        <w:t>Application:</w:t>
      </w:r>
      <w:r>
        <w:t xml:space="preserve"> Using the AssemblyAI piece for Activepieces, users can perform transcription, audio analysis, and employ LLMs to construct Generative AI features.</w:t>
      </w:r>
      <w:r/>
    </w:p>
    <w:p>
      <w:r/>
      <w:r>
        <w:t xml:space="preserve">4. </w:t>
      </w:r>
      <w:r>
        <w:rPr>
          <w:b/>
        </w:rPr>
        <w:t>Rivet</w:t>
      </w:r>
      <w:r>
        <w:t xml:space="preserve">- </w:t>
      </w:r>
      <w:r>
        <w:rPr>
          <w:b/>
        </w:rPr>
        <w:t>Description:</w:t>
      </w:r>
      <w:r>
        <w:t xml:space="preserve"> An open-source visual AI programming environment. - </w:t>
      </w:r>
      <w:r>
        <w:rPr>
          <w:b/>
        </w:rPr>
        <w:t>Application:</w:t>
      </w:r>
      <w:r>
        <w:t xml:space="preserve"> Rivet supports transcription and the use of LeMUR for applying LLMs to speech data.</w:t>
      </w:r>
      <w:r/>
    </w:p>
    <w:p>
      <w:r/>
      <w:r>
        <w:t xml:space="preserve">5. </w:t>
      </w:r>
      <w:r>
        <w:rPr>
          <w:b/>
        </w:rPr>
        <w:t>Recall</w:t>
      </w:r>
      <w:r>
        <w:t xml:space="preserve">- </w:t>
      </w:r>
      <w:r>
        <w:rPr>
          <w:b/>
        </w:rPr>
        <w:t>Description:</w:t>
      </w:r>
      <w:r>
        <w:t xml:space="preserve"> Simplifies the transcription of virtual meetings. - </w:t>
      </w:r>
      <w:r>
        <w:rPr>
          <w:b/>
        </w:rPr>
        <w:t>Application:</w:t>
      </w:r>
      <w:r>
        <w:t xml:space="preserve"> The Recall.ai and AssemblyAI integration offers speaker diarisation and transcription for real-time and asynchronous streams.</w:t>
      </w:r>
      <w:r/>
    </w:p>
    <w:p>
      <w:r/>
      <w:r>
        <w:t xml:space="preserve">6. </w:t>
      </w:r>
      <w:r>
        <w:rPr>
          <w:b/>
        </w:rPr>
        <w:t>Relay.app</w:t>
      </w:r>
      <w:r>
        <w:t xml:space="preserve">- </w:t>
      </w:r>
      <w:r>
        <w:rPr>
          <w:b/>
        </w:rPr>
        <w:t>Description:</w:t>
      </w:r>
      <w:r>
        <w:t xml:space="preserve"> Aims to streamline workflows for users. - </w:t>
      </w:r>
      <w:r>
        <w:rPr>
          <w:b/>
        </w:rPr>
        <w:t>Application:</w:t>
      </w:r>
      <w:r>
        <w:t xml:space="preserve"> The AssemblyAI integration for Relay.app automates actions after transcription, including sending notifications and updating databases.</w:t>
      </w:r>
      <w:r/>
    </w:p>
    <w:p>
      <w:pPr>
        <w:pStyle w:val="Heading4"/>
      </w:pPr>
      <w:r>
        <w:t>Low-Lift Coding Options</w:t>
      </w:r>
      <w:r/>
    </w:p>
    <w:p>
      <w:r/>
      <w:r>
        <w:t xml:space="preserve">1. </w:t>
      </w:r>
      <w:r>
        <w:rPr>
          <w:b/>
        </w:rPr>
        <w:t>AssemblyAI Python SDK</w:t>
      </w:r>
      <w:r>
        <w:t xml:space="preserve">- </w:t>
      </w:r>
      <w:r>
        <w:rPr>
          <w:b/>
        </w:rPr>
        <w:t>Availability:</w:t>
      </w:r>
      <w:r>
        <w:t xml:space="preserve"> Hosted on GitHub. - </w:t>
      </w:r>
      <w:r>
        <w:rPr>
          <w:b/>
        </w:rPr>
        <w:t>Application:</w:t>
      </w:r>
      <w:r>
        <w:t xml:space="preserve"> Allows straightforward integration of Speech-to-Text and Audio Intelligence models, enabling transcription of audio files with minimal code.</w:t>
      </w:r>
      <w:r/>
    </w:p>
    <w:p>
      <w:r/>
      <w:r>
        <w:t xml:space="preserve">2. </w:t>
      </w:r>
      <w:r>
        <w:rPr>
          <w:b/>
        </w:rPr>
        <w:t>AssemblyAI JavaScript SDK</w:t>
      </w:r>
      <w:r>
        <w:t xml:space="preserve">- </w:t>
      </w:r>
      <w:r>
        <w:rPr>
          <w:b/>
        </w:rPr>
        <w:t>Application:</w:t>
      </w:r>
      <w:r>
        <w:t xml:space="preserve"> Supports both asynchronous and real-time transcription and is compatible with Node.js and other runtimes.</w:t>
      </w:r>
      <w:r/>
    </w:p>
    <w:p>
      <w:r/>
      <w:r>
        <w:t xml:space="preserve">3. </w:t>
      </w:r>
      <w:r>
        <w:rPr>
          <w:b/>
        </w:rPr>
        <w:t>LangChain</w:t>
      </w:r>
      <w:r>
        <w:t xml:space="preserve">- </w:t>
      </w:r>
      <w:r>
        <w:rPr>
          <w:b/>
        </w:rPr>
        <w:t>Description:</w:t>
      </w:r>
      <w:r>
        <w:t xml:space="preserve"> An open-source framework for AI technologies. - </w:t>
      </w:r>
      <w:r>
        <w:rPr>
          <w:b/>
        </w:rPr>
        <w:t>Application:</w:t>
      </w:r>
      <w:r>
        <w:t xml:space="preserve"> Facilitates the transcription process for both Python and JavaScript frameworks through its AssemblyAI integrations.</w:t>
      </w:r>
      <w:r/>
    </w:p>
    <w:p>
      <w:r/>
      <w:r>
        <w:t xml:space="preserve">4. </w:t>
      </w:r>
      <w:r>
        <w:rPr>
          <w:b/>
        </w:rPr>
        <w:t>Haystack</w:t>
      </w:r>
      <w:r>
        <w:t xml:space="preserve">- </w:t>
      </w:r>
      <w:r>
        <w:rPr>
          <w:b/>
        </w:rPr>
        <w:t>Description:</w:t>
      </w:r>
      <w:r>
        <w:t xml:space="preserve"> An open-source Python framework designed for NLP applications. - </w:t>
      </w:r>
      <w:r>
        <w:rPr>
          <w:b/>
        </w:rPr>
        <w:t>Application:</w:t>
      </w:r>
      <w:r>
        <w:t xml:space="preserve"> The AssemblyAI Audio Transcript Loader supports the transcription of audio files and their conversion into documents.</w:t>
      </w:r>
      <w:r/>
    </w:p>
    <w:p>
      <w:r/>
      <w:r>
        <w:t xml:space="preserve">5. </w:t>
      </w:r>
      <w:r>
        <w:rPr>
          <w:b/>
        </w:rPr>
        <w:t>Semantic Kernel</w:t>
      </w:r>
      <w:r>
        <w:t xml:space="preserve">- </w:t>
      </w:r>
      <w:r>
        <w:rPr>
          <w:b/>
        </w:rPr>
        <w:t>Description:</w:t>
      </w:r>
      <w:r>
        <w:t xml:space="preserve"> An SDK focused on developing applications with LLMs. - </w:t>
      </w:r>
      <w:r>
        <w:rPr>
          <w:b/>
        </w:rPr>
        <w:t>Application:</w:t>
      </w:r>
      <w:r>
        <w:t xml:space="preserve"> Simplifies transcription processes for speech data.</w:t>
      </w:r>
      <w:r/>
    </w:p>
    <w:p>
      <w:pPr>
        <w:pStyle w:val="Heading4"/>
      </w:pPr>
      <w:r>
        <w:t>AI-Powered Speech-to-Text Use Cases</w:t>
      </w:r>
      <w:r/>
    </w:p>
    <w:p>
      <w:r/>
      <w:r>
        <w:t>The integration of AI-powered Speech-to-Text technologies is broadening the spectrum of possibilities across various platforms. These tools enhance functionalities in diverse fields and offer significant improvements in efficiency and scalability.</w:t>
      </w:r>
      <w:r/>
    </w:p>
    <w:p>
      <w:r/>
      <w:r>
        <w:t>As the deployment of AI technologies continues to expand, these no-code and low-code tools represent crucial advancements, enabling broader access and application of sophisticated AI capabilities without necessitating extensive coding expertise.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