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proxies: transforming online security and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Proxies: Transforming Online Security and Efficiency</w:t>
      </w:r>
      <w:r/>
    </w:p>
    <w:p>
      <w:r/>
      <w:r>
        <w:t>In the contemporary digital landscape, proxies have become indispensable tools for safeguarding online anonymity, conducting web scraping, and circumventing geographical restrictions. As the internet infrastructure becomes increasingly intricate, a new breed of proxies has emerged—AI proxies. These advanced proxies are blending traditional methods with artificial intelligence (AI) to deliver enhanced management and optimisation of proxy usage.</w:t>
      </w:r>
      <w:r/>
    </w:p>
    <w:p>
      <w:pPr>
        <w:pStyle w:val="Heading4"/>
      </w:pPr>
      <w:r>
        <w:t>Proxies in the Digital World</w:t>
      </w:r>
      <w:r/>
    </w:p>
    <w:p>
      <w:r/>
      <w:r>
        <w:t>Proxies act as intermediaries between users and websites, masking the user’s real IP address and ensuring anonymity. The primary functions of traditional proxies include anonymous browsing, web scraping, and accessing region-restricted content. However, the integration of AI marks a significant leap in their capabilities.</w:t>
      </w:r>
      <w:r/>
    </w:p>
    <w:p>
      <w:pPr>
        <w:pStyle w:val="Heading4"/>
      </w:pPr>
      <w:r>
        <w:t>The Rise of AI in Proxy Technology</w:t>
      </w:r>
      <w:r/>
    </w:p>
    <w:p>
      <w:r/>
      <w:r>
        <w:t>AI proxies are equipped with machine learning algorithms, allowing them to adapt in real-time to web conditions. Unlike static proxies, which require manual adjustments, AI-enabled proxies can automatically manage and rotate IP addresses, identify network issues, and optimise bandwidth usage. This results in higher efficiency and reliability in maintaining anonymity and executing data-intensive tasks.</w:t>
      </w:r>
      <w:r/>
    </w:p>
    <w:p>
      <w:pPr>
        <w:pStyle w:val="Heading4"/>
      </w:pPr>
      <w:r>
        <w:t>Advanced Features of AI Proxies</w:t>
      </w:r>
      <w:r/>
    </w:p>
    <w:p>
      <w:r/>
      <w:r>
        <w:t>One of the standout features of AI proxies is their ability to independently manage complex tasks that previously required manual intervention. For instance, AI proxies can detect patterns in website behaviour, automatically switch IPs to avoid bans, and predict potential blocks. This leads to seamless web scraping or data mining operations, significantly reducing the chances of being detected by websites.</w:t>
      </w:r>
      <w:r/>
    </w:p>
    <w:p>
      <w:pPr>
        <w:pStyle w:val="Heading4"/>
      </w:pPr>
      <w:r>
        <w:t>Enhanced Performance and Security</w:t>
      </w:r>
      <w:r/>
    </w:p>
    <w:p>
      <w:r/>
      <w:r>
        <w:t>AI proxies offer numerous advantages in various online activities:</w:t>
      </w:r>
      <w:r/>
    </w:p>
    <w:p>
      <w:r/>
      <w:r>
        <w:t xml:space="preserve">1. </w:t>
      </w:r>
      <w:r>
        <w:rPr>
          <w:b/>
        </w:rPr>
        <w:t>Optimised Data Scraping</w:t>
      </w:r>
      <w:r>
        <w:t>: AI proxies are particularly beneficial for data scraping. They can mimic human behaviour, rotate IP addresses automatically, and adapt to new anti-scraping technologies. This functionality is crucial for professionals in SEO, market research, and competitive analysis, ensuring they can gather data efficiently without disruptions.</w:t>
      </w:r>
      <w:r/>
    </w:p>
    <w:p>
      <w:r/>
      <w:r>
        <w:t xml:space="preserve">2. </w:t>
      </w:r>
      <w:r>
        <w:rPr>
          <w:b/>
        </w:rPr>
        <w:t>Improved Anonymity and Security</w:t>
      </w:r>
      <w:r>
        <w:t>: Anonymity is a cornerstone of online privacy, and AI proxies excel in this regard. They continuously monitor traffic patterns to maintain user anonymity and detect potential security threats. If a threat is identified, AI proxies can instantly switch IP addresses or reroute traffic to more secure pathways, mitigating risks effectively.</w:t>
      </w:r>
      <w:r/>
    </w:p>
    <w:p>
      <w:r/>
      <w:r>
        <w:t xml:space="preserve">3. </w:t>
      </w:r>
      <w:r>
        <w:rPr>
          <w:b/>
        </w:rPr>
        <w:t>Adaptive to Proxy Bans</w:t>
      </w:r>
      <w:r>
        <w:t>: Anti-proxy measures deployed by websites are becoming increasingly sophisticated. AI proxies can recognise these measures and adapt by switching to unflagged IP addresses or adjusting request rates. This adaptability ensures uninterrupted access to required web resources.</w:t>
      </w:r>
      <w:r/>
    </w:p>
    <w:p>
      <w:pPr>
        <w:pStyle w:val="Heading4"/>
      </w:pPr>
      <w:r>
        <w:t>Real-World Applications of AI Proxies</w:t>
      </w:r>
      <w:r/>
      <w:r/>
    </w:p>
    <w:p>
      <w:pPr>
        <w:pStyle w:val="ListBullet"/>
        <w:spacing w:line="240" w:lineRule="auto"/>
        <w:ind w:left="720"/>
      </w:pPr>
      <w:r/>
      <w:r>
        <w:t>Web Scraping and Data Mining: Industries reliant on large-scale data extraction, like SEO and market research, find AI proxies invaluable. They help circumvent restrictions imposed by websites, enabling efficient data collection without the risk of IP bans.</w:t>
      </w:r>
      <w:r/>
    </w:p>
    <w:p>
      <w:pPr>
        <w:pStyle w:val="ListBullet"/>
        <w:spacing w:line="240" w:lineRule="auto"/>
        <w:ind w:left="720"/>
      </w:pPr>
      <w:r/>
      <w:r>
        <w:t>E-Commerce and Market Research: E-commerce businesses leverage AI proxies to gather data on competitor activities, prices, and customer reviews. AI ensures these businesses can conduct extensive research without facing geo-restrictions or bans.</w:t>
      </w:r>
      <w:r/>
    </w:p>
    <w:p>
      <w:pPr>
        <w:pStyle w:val="ListBullet"/>
        <w:spacing w:line="240" w:lineRule="auto"/>
        <w:ind w:left="720"/>
      </w:pPr>
      <w:r/>
      <w:r>
        <w:t>Ad Verification: Companies use AI proxies to verify that their advertisements are displayed correctly across different regions and devices. AI helps dynamically adjust proxy settings, ensuring accurate ad placement analysis.</w:t>
      </w:r>
      <w:r/>
      <w:r/>
    </w:p>
    <w:p>
      <w:pPr>
        <w:pStyle w:val="Heading4"/>
      </w:pPr>
      <w:r>
        <w:t>The Role of Russian Proxies in AI Integration</w:t>
      </w:r>
      <w:r/>
    </w:p>
    <w:p>
      <w:r/>
      <w:r>
        <w:t>Russian proxies are favoured for their reliability, availability, and cost-effectiveness. When combined with AI proxies, they offer a robust solution for those seeking secure and efficient proxy services. Russian proxies provide the anonymity backbone, while AI enhances management and performance.</w:t>
      </w:r>
      <w:r/>
      <w:r/>
    </w:p>
    <w:p>
      <w:pPr>
        <w:pStyle w:val="ListBullet"/>
        <w:spacing w:line="240" w:lineRule="auto"/>
        <w:ind w:left="720"/>
      </w:pPr>
      <w:r/>
      <w:r>
        <w:t>Cost-Effective: Russian proxies tend to be more affordable compared to those from other regions, making them ideal for long-term and large-scale projects without incurring high costs.</w:t>
      </w:r>
      <w:r/>
    </w:p>
    <w:p>
      <w:pPr>
        <w:pStyle w:val="ListBullet"/>
        <w:spacing w:line="240" w:lineRule="auto"/>
        <w:ind w:left="720"/>
      </w:pPr>
      <w:r/>
      <w:r>
        <w:t>Enhanced Efficiency: Pairing Russian proxies with AI capabilities results in a flexible and scalable system that meets the demanding needs of web scraping and other data-heavy activities.</w:t>
      </w:r>
      <w:r/>
      <w:r/>
    </w:p>
    <w:p>
      <w:pPr>
        <w:pStyle w:val="Heading4"/>
      </w:pPr>
      <w:r>
        <w:t>Challenges and Future Prospects</w:t>
      </w:r>
      <w:r/>
    </w:p>
    <w:p>
      <w:r/>
      <w:r>
        <w:t>Despite their advanced features, AI proxies are not without challenges. The efficiency of AI proxies is largely dependent on the quality of their underlying algorithms and training data. Rapid shifts in web environments or newly developed anti-proxy technologies might pose difficulties. However, continuous advancements in machine learning and AI are progressively overcoming these hurdles.</w:t>
      </w:r>
      <w:r/>
    </w:p>
    <w:p>
      <w:r/>
      <w:r>
        <w:t>Looking ahead, the future of AI proxies appears promising. Enhanced machine learning and AI technologies will likely lead to even more autonomous and adaptive proxies, demanding minimal human intervention. As websites continue to strengthen their defenses against proxies, the role of AI will be vital in staying ahead, ensuring uninterrupted and secure online activities.</w:t>
      </w:r>
      <w:r/>
    </w:p>
    <w:p>
      <w:pPr>
        <w:pStyle w:val="Heading3"/>
      </w:pPr>
      <w:r>
        <w:t>Conclusion</w:t>
      </w:r>
      <w:r/>
    </w:p>
    <w:p>
      <w:r/>
      <w:r>
        <w:t>AI proxies are transforming the way businesses and individuals manage their online presence. By incorporating artificial intelligence, these proxies have transcended traditional limitations, offering unparalleled anonymity, efficiency, and security. Industries involved in web scraping, ad verification, and e-commerce stand to benefit significantly from AI proxy technologies. Particularly, combining these with Russian proxies presents a potent, cost-effective solution for maintaining high performance and anonymity in the digital realm.</w:t>
      </w:r>
      <w:r/>
    </w:p>
    <w:p>
      <w:pPr>
        <w:pStyle w:val="Heading4"/>
      </w:pPr>
      <w:r>
        <w:t>FAQs</w:t>
      </w:r>
      <w:r/>
    </w:p>
    <w:p>
      <w:r/>
      <w:r>
        <w:t xml:space="preserve">1. </w:t>
      </w:r>
      <w:r>
        <w:rPr>
          <w:b/>
        </w:rPr>
        <w:t>What are the key benefits of using AI proxies?</w:t>
      </w:r>
      <w:r>
        <w:t>- AI proxies optimise proxy management, enhance anonymity, and prevent IP bans using machine learning.</w:t>
      </w:r>
      <w:r/>
    </w:p>
    <w:p>
      <w:r/>
      <w:r>
        <w:t xml:space="preserve">2. </w:t>
      </w:r>
      <w:r>
        <w:rPr>
          <w:b/>
        </w:rPr>
        <w:t>Can AI proxies help with web scraping?</w:t>
      </w:r>
      <w:r>
        <w:t>- Yes, AI proxies automate IP rotation, mimic human behaviour, and adapt to anti-scraping measures.</w:t>
      </w:r>
      <w:r/>
    </w:p>
    <w:p>
      <w:r/>
      <w:r>
        <w:t xml:space="preserve">3. </w:t>
      </w:r>
      <w:r>
        <w:rPr>
          <w:b/>
        </w:rPr>
        <w:t>Are Russian proxies effective for AI proxy use?</w:t>
      </w:r>
      <w:r>
        <w:t>- Absolutely. Russian proxies are reliable, cost-effective, and can be integrated with AI proxies for enhanced performance.</w:t>
      </w:r>
      <w:r/>
    </w:p>
    <w:p>
      <w:r/>
      <w:r>
        <w:t xml:space="preserve">4. </w:t>
      </w:r>
      <w:r>
        <w:rPr>
          <w:b/>
        </w:rPr>
        <w:t>How do AI proxies improve security?</w:t>
      </w:r>
      <w:r>
        <w:t>- AI proxies detect potential security threats and mitigate risks by adjusting IP addresses or rerouting traffic.</w:t>
      </w:r>
      <w:r/>
    </w:p>
    <w:p>
      <w:r/>
      <w:r>
        <w:t xml:space="preserve">5. </w:t>
      </w:r>
      <w:r>
        <w:rPr>
          <w:b/>
        </w:rPr>
        <w:t>What challenges are associated with AI proxies?</w:t>
      </w:r>
      <w:r>
        <w:t>- AI proxies may struggle with rapidly changing web environments, but ongoing advancements aim to rectify these limitations.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