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growing role in scriptwriting: speed, coherence, and cost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AI's Growing Role in Scriptwriting: Speed, Coherence, and Cost Efficiency</w:t>
      </w:r>
      <w:r/>
    </w:p>
    <w:p>
      <w:r/>
      <w:r>
        <w:rPr>
          <w:i/>
        </w:rPr>
        <w:t>The world of scriptwriting is experiencing a technological revolution powered by Artificial Intelligence (AI), promising significant changes in how scripts are created, analysed, and refined.</w:t>
      </w:r>
      <w:r/>
    </w:p>
    <w:p>
      <w:r/>
      <w:r>
        <w:t>Scriptwriting, a core component of the film and television industry, has traditionally relied on the creativity and hard work of human writers. However, with the advent of advanced AI technologies, the process is becoming more streamlined and efficient.</w:t>
      </w:r>
      <w:r/>
    </w:p>
    <w:p>
      <w:r/>
      <w:r>
        <w:rPr>
          <w:b/>
        </w:rPr>
        <w:t>Speed and Efficiency</w:t>
      </w:r>
      <w:r/>
    </w:p>
    <w:p>
      <w:r/>
      <w:r>
        <w:t>One of the foremost advantages of AI in scriptwriting is its remarkable speed. AI systems can analyse and process scripts at an astonishing rate, a task which would otherwise take human writers and script analysts considerable time. For production houses and studios, this means being able to sift through thousands of potential hits rapidly, identifying promising scripts with minimal labour. This not only accelerates the selection process but also allows studios to entertain a broader range of possibilities within shorter timeframes.</w:t>
      </w:r>
      <w:r/>
    </w:p>
    <w:p>
      <w:r/>
      <w:r>
        <w:rPr>
          <w:b/>
        </w:rPr>
        <w:t>Maintaining Coherence</w:t>
      </w:r>
      <w:r/>
    </w:p>
    <w:p>
      <w:r/>
      <w:r>
        <w:t>Another significant benefit is AI's ability to maintain coherence throughout a script. While human writers may struggle to keep a uniform tone and style, especially in lengthy scripts such as those for TV shows, AI can seamlessly ensure that the narrative remains consistent and engaging. This uniformity is crucial for maintaining the interest of audiences and delivering a polished final product.</w:t>
      </w:r>
      <w:r/>
    </w:p>
    <w:p>
      <w:r/>
      <w:r>
        <w:rPr>
          <w:b/>
        </w:rPr>
        <w:t>Overcoming Writer's Block</w:t>
      </w:r>
      <w:r/>
    </w:p>
    <w:p>
      <w:r/>
      <w:r>
        <w:t>AI can also serve as a valuable tool for writers facing creative blockades. By generating new ideas, plot twists, and character developments, AI provides fresh insights that can help writers regain their momentum. This support is particularly beneficial for writers who need assistance in pushing their stories forward, ensuring continuous creativity.</w:t>
      </w:r>
      <w:r/>
    </w:p>
    <w:p>
      <w:r/>
      <w:r>
        <w:rPr>
          <w:b/>
        </w:rPr>
        <w:t>Cost-Effectiveness</w:t>
      </w:r>
      <w:r/>
    </w:p>
    <w:p>
      <w:r/>
      <w:r>
        <w:t>In terms of financial savings, AI proves to be a cost-effective solution. By reducing the need to hire multiple writers or script readers, smaller production companies and independent filmmakers, often constrained by limited budgets, can significantly cut costs. The economic benefit is substantial, making high-quality scriptwriting accessible to a broader range of creators.</w:t>
      </w:r>
      <w:r/>
    </w:p>
    <w:p>
      <w:r/>
      <w:r>
        <w:rPr>
          <w:b/>
        </w:rPr>
        <w:t>Real-Time Feedback</w:t>
      </w:r>
      <w:r/>
    </w:p>
    <w:p>
      <w:r/>
      <w:r>
        <w:t>AI's capability to provide real-time feedback on scripts is another game-changer. This instant feedback includes identifying areas where a script may need improvement and suggesting necessary changes. For writers, this facilitates a quicker and more efficient revision process, enabling them to deliver polished scripts in a shorter period.</w:t>
      </w:r>
      <w:r/>
    </w:p>
    <w:p>
      <w:r/>
      <w:r>
        <w:t>As AI continues to evolve, its role in scriptwriting is expected to expand further, offering even more advanced capabilities. While still in its early stages, the technology is already making a notable impact, revolutionising script creation and analysis, and opening new doors for writers and production companies alike.</w:t>
      </w:r>
      <w:r/>
    </w:p>
    <w:p>
      <w:r/>
      <w:r>
        <w:t>In conclusion, the integration of AI in scriptwriting marks a significant advancement in the industry. By enhancing speed, maintaining coherence, overcoming creative blocks, reducing costs, and providing real-time feedback, AI offers numerous advantages, heralding a new era in the art of storytelling.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