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reportedly developing new smart home accessory featuring iPad, Apple TV, and HomePod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Apple Reportedly Developing New Smart Home Accessory Featuring iPad, Apple TV, and HomePod Capabilities</w:t>
      </w:r>
      <w:r/>
    </w:p>
    <w:p>
      <w:r/>
      <w:r>
        <w:rPr>
          <w:b/>
        </w:rPr>
        <w:t>Cupertino, CA</w:t>
      </w:r>
      <w:r>
        <w:t xml:space="preserve"> – Apple is reportedly developing a new smart home device that merges functions of an iPad, Apple TV, and HomePod, according to sources familiar with the matter. This development, known internally by the codename J490, has generated considerable interest in the tech community.</w:t>
      </w:r>
      <w:r/>
    </w:p>
    <w:p>
      <w:pPr>
        <w:pStyle w:val="Heading3"/>
      </w:pPr>
      <w:r>
        <w:t>Details of the "HomeAccessory"</w:t>
      </w:r>
      <w:r/>
    </w:p>
    <w:p>
      <w:pPr>
        <w:pStyle w:val="Heading3"/>
      </w:pPr>
      <w:r>
        <w:t>What Is It?</w:t>
      </w:r>
      <w:r/>
    </w:p>
    <w:p>
      <w:r/>
      <w:r>
        <w:t>The device, referenced as "HomeAccessory" in Apple's backend code a few months ago, is said to feature a squarish display, differing from the traditional rectangular format associated with iPads. Whether this design will be retained in the final product remains uncertain. Equipped with an A18 chip, it is poised to support advanced Apple Intelligence features not available in current HomePod models.</w:t>
      </w:r>
      <w:r/>
    </w:p>
    <w:p>
      <w:pPr>
        <w:pStyle w:val="Heading3"/>
      </w:pPr>
      <w:r>
        <w:t>Key Features</w:t>
      </w:r>
      <w:r/>
    </w:p>
    <w:p>
      <w:r/>
      <w:r>
        <w:t>The HomeAccessory will have a built-in camera facilitating FaceTime and other video conferencing services. Its functionality extends beyond mere video calls; much like Apple TV, it can run apps and play media independently. Additionally, it serves as an AirPlay receiver, allowing content from other Apple devices to be streamed seamlessly.</w:t>
      </w:r>
      <w:r/>
    </w:p>
    <w:p>
      <w:r/>
      <w:r>
        <w:t>A notable aspect of the HomeAccessory is its customizable Lock Screen. Users can choose from multiple clock faces, a feature introduced in Apple TV with tvOS 18. This reflects Apple's approach to creating a unified user experience across its devices.</w:t>
      </w:r>
      <w:r/>
    </w:p>
    <w:p>
      <w:pPr>
        <w:pStyle w:val="Heading3"/>
      </w:pPr>
      <w:r>
        <w:t>Where and When?</w:t>
      </w:r>
      <w:r/>
    </w:p>
    <w:p>
      <w:r/>
      <w:r>
        <w:t>Sources suggest that Apple is aiming for a spring 2025 launch for the HomeAccessory. However, the timeline is subject to change, depending on the progression of development and potential market adjustments.</w:t>
      </w:r>
      <w:r/>
    </w:p>
    <w:p>
      <w:pPr>
        <w:pStyle w:val="Heading3"/>
      </w:pPr>
      <w:r>
        <w:t>Who's Involved?</w:t>
      </w:r>
      <w:r/>
    </w:p>
    <w:p>
      <w:r/>
      <w:r>
        <w:t>The information about this new development was primarily reported by Filipe Espósito for 9to5Mac, a tech news platform known for its accurate reporting on Apple’s projects. Espósito is known for his reliable sources within the company, adding credibility to these claims.</w:t>
      </w:r>
      <w:r/>
    </w:p>
    <w:p>
      <w:pPr>
        <w:pStyle w:val="Heading3"/>
      </w:pPr>
      <w:r>
        <w:t>Broader Implications</w:t>
      </w:r>
      <w:r/>
    </w:p>
    <w:p>
      <w:r/>
      <w:r>
        <w:t>The development of the HomeAccessory signals Apple's continued expansion into the smart home market. By integrating the capabilities of its existing products into one device, Apple may offer a more cohesive and versatile solution for smart home enthusiasts.</w:t>
      </w:r>
      <w:r/>
    </w:p>
    <w:p>
      <w:pPr>
        <w:pStyle w:val="Heading3"/>
      </w:pPr>
      <w:r>
        <w:t>Additional Note</w:t>
      </w:r>
      <w:r/>
    </w:p>
    <w:p>
      <w:r/>
      <w:r>
        <w:t>This story was originally highlighted by MacDailyNews, which also pointed out the progress of their Substack subscriptions. The publication encourages readers to support their reporting through subscriptions to access exclusive content and features.</w:t>
      </w:r>
      <w:r/>
    </w:p>
    <w:p>
      <w:r/>
      <w:r>
        <w:t>As anticipation builds, consumers and tech enthusiasts alike will be closely watching Apple's announcements for any official word or further leaks about this promising new development.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