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Watch Series 10: evolution or missed opportunity?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 Watch Series 10: Evolution or Missed Opportunity?</w:t>
      </w:r>
      <w:r/>
    </w:p>
    <w:p>
      <w:r/>
      <w:r>
        <w:t>Apple’s highly anticipated September keynote event left many tech enthusiasts feeling underwhelmed, particularly concerning the long-awaited 10th edition of the Apple Watch. Despite the significant milestone marking a decade since the first Apple Watch’s debut, the Apple Watch Series 10 revealed at the event was met with disappointment regarding its lack of substantial innovation and new features.</w:t>
      </w:r>
      <w:r/>
    </w:p>
    <w:p>
      <w:pPr>
        <w:pStyle w:val="Heading3"/>
      </w:pPr>
      <w:r>
        <w:t>Expectations vs. Reality</w:t>
      </w:r>
      <w:r/>
    </w:p>
    <w:p>
      <w:r/>
      <w:r>
        <w:t>The iPhone 16, also announced at the event, was noted to exhibit the least year-on-year upgrade in the history of the device. However, the bigger hope was for the Apple Watch Series 10, with speculations hinting at a possible major redesign and enhanced functionalities akin to what was seen with the iPhone X on its 10th anniversary. The iPhone X had redefined Apple's design language, introducing a bezel-less display and advanced facial recognition technology.</w:t>
      </w:r>
      <w:r/>
    </w:p>
    <w:p>
      <w:r/>
      <w:r>
        <w:t>Rumours and expectations around the Apple Watch Series 10 included potential design changes such as flat sides and possibly a micro-LED display. However, Apple opted to maintain a familiar design, offering only iterative upgrades over the previous models. Unlike the iPhone X, the Apple Watch Series 10 offered no striking visual or functional changes to mark the occasion.</w:t>
      </w:r>
      <w:r/>
    </w:p>
    <w:p>
      <w:pPr>
        <w:pStyle w:val="Heading3"/>
      </w:pPr>
      <w:r>
        <w:t>The Promise of Apple Intelligence</w:t>
      </w:r>
      <w:r/>
    </w:p>
    <w:p>
      <w:r/>
      <w:r>
        <w:t>One of the most significant opportunities Apple had was to integrate advanced AI functionalities into the new Apple Watch. With Apple Intelligence, an AI-driven feature suite introduced at the same event, there seemed a promising path forward for the Apple Watch to become a more autonomous and intelligent device.</w:t>
      </w:r>
      <w:r/>
    </w:p>
    <w:p>
      <w:r/>
      <w:r>
        <w:t>Currently, many AI-driven gadgets, such as those from companies like Rabbit and Humane, rely heavily on cloud-based processing for executing user commands. In contrast, the Apple Watch boasts mature hardware capable of performing many tasks independently, without continual reliance on the iPhone. Despite this, Apple did not leverage this potential with the Series 10. Technological limitations, such as its memory capacity, seem to have played a role in this decision, with speculated similarities to the Series 9 in terms of RAM.</w:t>
      </w:r>
      <w:r/>
    </w:p>
    <w:p>
      <w:pPr>
        <w:pStyle w:val="Heading3"/>
      </w:pPr>
      <w:r>
        <w:t>Hardware Constraints and AI Integration</w:t>
      </w:r>
      <w:r/>
    </w:p>
    <w:p>
      <w:r/>
      <w:r>
        <w:t>The constraints in integrating cutting-edge AI functionalities into the Apple Watch Series 10 stem from its hardware. For instance, the iPhone 15 Pro, the only model to support Apple Intelligence at launch, includes 8GB of RAM, enabling offline AI processing. In contrast, the Apple Watch Series 10, believed to still carry the Series 9's 1GB of RAM, lacks the capacity for such intensive processing tasks.</w:t>
      </w:r>
      <w:r/>
    </w:p>
    <w:p>
      <w:r/>
      <w:r>
        <w:t>Smartwatches generally face significant challenges due to their compact form factor, which restricts the extent of advanced technologies they can accommodate. This limitation is not unique to Apple, as seen with the latest smartwatches from other major players like Google and Samsung, which also have limited AI capabilities.</w:t>
      </w:r>
      <w:r/>
    </w:p>
    <w:p>
      <w:pPr>
        <w:pStyle w:val="Heading3"/>
      </w:pPr>
      <w:r>
        <w:t>The Missed AI Opportunity</w:t>
      </w:r>
      <w:r/>
    </w:p>
    <w:p>
      <w:r/>
      <w:r>
        <w:t>Apple’s decision to exclude major AI advancements in the Apple Watch Series 10 could be seen as a missed opportunity, especially given the device's potential as a companion to the iPhone. Equipped with cloud processing, the Apple Watch could handle more demanding AI tasks seamlessly. However, Apple has yet to take full advantage of this capability.</w:t>
      </w:r>
      <w:r/>
    </w:p>
    <w:p>
      <w:r/>
      <w:r>
        <w:t>During this year’s Worldwide Developers Conference (WWDC), Apple highlighted its advancements in cloud processing security and privacy, laying out a framework within which AI integration for the Apple Watch could have been feasible. The device’s capacity to handle Siri queries independently suggests potential for further AI integration, which has yet to be tapped.</w:t>
      </w:r>
      <w:r/>
    </w:p>
    <w:p>
      <w:pPr>
        <w:pStyle w:val="Heading3"/>
      </w:pPr>
      <w:r>
        <w:t>Conclusion</w:t>
      </w:r>
      <w:r/>
    </w:p>
    <w:p>
      <w:r/>
      <w:r>
        <w:t>The Apple Watch Series 10 stands as a symbol of incremental progress rather than a revolutionary leap forward. While the device meets the baseline expectations of a smartwatch in 2023, it falls short of marking the 10th anniversary with any standout innovation. In an era where AI technology is rapidly evolving, Apple’s decision to hold off on integrating substantial AI advancements into its latest smartwatch is a notable omission.</w:t>
      </w:r>
      <w:r/>
    </w:p>
    <w:p>
      <w:r/>
      <w:r>
        <w:t>As competitors continue to explore AI capabilities within their wearables, the tech community eagerly awaits whether Apple will bridge this gap in future iterations of its smartwatch line-up.</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