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DeskSense AI Assistant offers lifetime subscription to boost productivity for solopreneurs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DeskSense AI Assistant Lifetime Subscription Offer at $49 – An Opportunity for Solopreneurs and Small Business Owners</w:t>
      </w:r>
      <w:r/>
    </w:p>
    <w:p>
      <w:r/>
      <w:r>
        <w:t>In a significant move aimed at supporting solopreneurs and small business owners, a lifetime subscription to DeskSense AI Assistant is now available for $49. This new offering could potentially revolutionise how entrepreneurs manage their workloads by automating and streamlining everyday tasks.</w:t>
      </w:r>
      <w:r/>
    </w:p>
    <w:p>
      <w:pPr>
        <w:pStyle w:val="Heading4"/>
      </w:pPr>
      <w:r>
        <w:t>Unveiling DeskSense AI Assistant</w:t>
      </w:r>
      <w:r/>
    </w:p>
    <w:p>
      <w:r/>
      <w:r>
        <w:t>DeskSense AI Assistant is designed to alleviate the burden of multiple tasks that small business owners typically juggle. The assistant's functionality extends well beyond handling simple queries, offering a range of features aimed at enhancing productivity. It provides services like content generation, email automation, and the creation of Excel formulas. By leveraging AI technology, DeskSense is capable of generating blog posts, drafting social media content, and even producing video scripts, making it a versatile tool for various content needs.</w:t>
      </w:r>
      <w:r/>
    </w:p>
    <w:p>
      <w:pPr>
        <w:pStyle w:val="Heading4"/>
      </w:pPr>
      <w:r>
        <w:t>Key Features</w:t>
      </w:r>
      <w:r/>
      <w:r/>
    </w:p>
    <w:p>
      <w:pPr>
        <w:pStyle w:val="ListNumber"/>
        <w:numPr>
          <w:ilvl w:val="0"/>
          <w:numId w:val="14"/>
        </w:numPr>
        <w:spacing w:line="240" w:lineRule="auto"/>
        <w:ind w:left="720"/>
      </w:pPr>
      <w:r/>
      <w:r>
        <w:rPr>
          <w:b/>
        </w:rPr>
        <w:t>Content Generation</w:t>
      </w:r>
      <w:r>
        <w:t>: DeskSense efficiently creates blog articles, social media updates, and video scripts, saving hours that would otherwise be spent on content creation.</w:t>
      </w:r>
      <w:r/>
    </w:p>
    <w:p>
      <w:pPr>
        <w:pStyle w:val="ListNumber"/>
        <w:spacing w:line="240" w:lineRule="auto"/>
        <w:ind w:left="720"/>
      </w:pPr>
      <w:r/>
      <w:r>
        <w:rPr>
          <w:b/>
        </w:rPr>
        <w:t>Instant Code Snippets</w:t>
      </w:r>
      <w:r>
        <w:t>: It proves to be a reliable companion for developers by providing instant code snippets, allowing for quicker problem-solving and implementation.</w:t>
      </w:r>
      <w:r/>
    </w:p>
    <w:p>
      <w:pPr>
        <w:pStyle w:val="ListNumber"/>
        <w:spacing w:line="240" w:lineRule="auto"/>
        <w:ind w:left="720"/>
      </w:pPr>
      <w:r/>
      <w:r>
        <w:rPr>
          <w:b/>
        </w:rPr>
        <w:t>Document and Webpage Analysis</w:t>
      </w:r>
      <w:r>
        <w:t>: The AI assistant can analyse documents and webpages, extracting key information to help users get straight to the most critical details.</w:t>
      </w:r>
      <w:r/>
    </w:p>
    <w:p>
      <w:pPr>
        <w:pStyle w:val="ListNumber"/>
        <w:spacing w:line="240" w:lineRule="auto"/>
        <w:ind w:left="720"/>
      </w:pPr>
      <w:r/>
      <w:r>
        <w:rPr>
          <w:b/>
        </w:rPr>
        <w:t>AI-Driven Image Generation</w:t>
      </w:r>
      <w:r>
        <w:t>: This feature supports the creation of images tailored to specific needs, enhancing visual content without requiring extensive design skills.</w:t>
      </w:r>
      <w:r/>
    </w:p>
    <w:p>
      <w:pPr>
        <w:pStyle w:val="ListNumber"/>
        <w:spacing w:line="240" w:lineRule="auto"/>
        <w:ind w:left="720"/>
      </w:pPr>
      <w:r/>
      <w:r>
        <w:rPr>
          <w:b/>
        </w:rPr>
        <w:t>Content Saving and Email Automation</w:t>
      </w:r>
      <w:r>
        <w:t>: DeskSense saves frequently used content for easy access and automates email tasks, thereby reducing repetitive tasks significantly.</w:t>
      </w:r>
      <w:r/>
      <w:r/>
    </w:p>
    <w:p>
      <w:pPr>
        <w:pStyle w:val="Heading4"/>
      </w:pPr>
      <w:r>
        <w:t>A Time-Saving Innovation</w:t>
      </w:r>
      <w:r/>
    </w:p>
    <w:p>
      <w:r/>
      <w:r>
        <w:t>DeskSense AI Assistant is not just a tool for saving time. It aims to change how solopreneurs and small business owners operate by offering smarter solutions to everyday challenges. The ability to handle multiple aspects of business operations efficiently means that users can redirect their focus towards growth and other strategic activities, rather than getting bogged down by routine tasks.</w:t>
      </w:r>
      <w:r/>
    </w:p>
    <w:p>
      <w:pPr>
        <w:pStyle w:val="Heading4"/>
      </w:pPr>
      <w:r>
        <w:t>Accessible Pricing</w:t>
      </w:r>
      <w:r/>
    </w:p>
    <w:p>
      <w:r/>
      <w:r>
        <w:t>Available for a one-time payment of $49, the DeskSense AI Assistant's Basic Plan offers lifetime access. This pricing is part of a limited-time deal, making it an attractive option for business owners looking to optimise their productivity without significant recurring expenses. The offer is currently available through StackSocial, though prices are subject to change.</w:t>
      </w:r>
      <w:r/>
    </w:p>
    <w:p>
      <w:r/>
      <w:r>
        <w:t>By integrating DeskSense AI Assistant into their workflow, solopreneurs and small business owners have the opportunity to significantly enhance their productivity, enabling them to work smarter and remain focused on key growth activities.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