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Discounted Samsung Galaxy Tab S9 FE and Galaxy Book 4 Edge now available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Discounted Samsung Galaxy Tab S9 FE and Galaxy Book 4 Edge Now Available</w:t>
      </w:r>
      <w:r/>
    </w:p>
    <w:p>
      <w:r/>
      <w:r>
        <w:rPr>
          <w:b/>
        </w:rPr>
        <w:t>Technology enthusiasts and bargain hunters have something to celebrate this week as Amazon subsidiary, Woot, has significantly reduced the price of the Samsung Galaxy Tab S9 FE. This 2023 model, which features a 10.9-inch high-resolution display with a 90Hz refresh rate, 256GB storage, and 8GB RAM, is now priced at $400, marking a 27% drop from its original price of $550. The offer is available for a limited time and also includes a Samsung smart book cover case, which typically retails at $80.</w:t>
      </w:r>
      <w:r/>
    </w:p>
    <w:p>
      <w:r/>
      <w:r>
        <w:t>Available in a mint colour scheme, the Wi-Fi-only Samsung Galaxy Tab S9 FE can be largely considered a midrange device, highly suitable for users who need a reliable tablet for multitasking, streaming, and gaming. The tablet also arrives with a durable build boasting an IP68 rating, making it resistant to both water and dust. Further enhancing its appeal is the included S Pen, perfect for users engaged in drawing or note-taking.</w:t>
      </w:r>
      <w:r/>
    </w:p>
    <w:p>
      <w:r/>
      <w:r>
        <w:rPr>
          <w:b/>
        </w:rPr>
        <w:t>Wider Availability and Alternatives</w:t>
      </w:r>
      <w:r/>
    </w:p>
    <w:p>
      <w:r/>
      <w:r>
        <w:t>For those looking to compare, the Samsung Galaxy Tab S9 FE without the cover is currently listed for $420 on Amazon, which emphasises the value of the Woot deal. When considering the savings brought about by this deal, buyers get the tablet and cover for a total of $59 less than the best price previously on record.</w:t>
      </w:r>
      <w:r/>
    </w:p>
    <w:p>
      <w:r/>
      <w:r>
        <w:rPr>
          <w:b/>
        </w:rPr>
        <w:t>Power-Packed Laptops at Discounted Rates</w:t>
      </w:r>
      <w:r/>
    </w:p>
    <w:p>
      <w:r/>
      <w:r>
        <w:t>In another significant deal, Best Buy has slashed the prices of Samsung’s Galaxy Book 4 Edge Copilot+ PC. The 14-inch and 16-inch models equipped with Snapdragon X Elite 3.4GHz chip and 512GB storage are now available at $899.99 and $999.99 respectively, down from their usual prices by $450. Additionally, the top-of-the-line model featuring a Snapdragon X Elite 3.8GHz chip and 1TB storage is available for $1,499.99 – a $250 discount.</w:t>
      </w:r>
      <w:r/>
    </w:p>
    <w:p>
      <w:r/>
      <w:r>
        <w:t>The Galaxy Book 4 Edge, celebrated for being one of the first Copilot+ PCs, includes features such as a 3K AMOLED touchscreen display, a dedicated NPU to support Microsoft’s Copilot+ features, and a lightweight, thin aluminium chassis. With RAM at 16GB across the board, these laptops are designed to deliver impressive performance, from handling routine tasks to more graphic-intensive projects.</w:t>
      </w:r>
      <w:r/>
    </w:p>
    <w:p>
      <w:r/>
      <w:r>
        <w:rPr>
          <w:b/>
        </w:rPr>
        <w:t>Competing Offers and Features</w:t>
      </w:r>
      <w:r/>
    </w:p>
    <w:p>
      <w:r/>
      <w:r>
        <w:t>Potential buyers considering alternatives might find the ASUS Zenbook S 16 OLED at $1,200 appealing. This laptop comes with AMD’s new Ryzen AI 9 365 Strix Point APU and is down from its usual price of $1,400.</w:t>
      </w:r>
      <w:r/>
    </w:p>
    <w:p>
      <w:r/>
      <w:r>
        <w:rPr>
          <w:b/>
        </w:rPr>
        <w:t>Key Highlights of the Samsung Galaxy Book 4 Edge</w:t>
      </w:r>
      <w:r/>
    </w:p>
    <w:p>
      <w:r/>
      <w:r>
        <w:t xml:space="preserve">Samsung’s Galaxy Book 4 Edge stands out with several unique features: - </w:t>
      </w:r>
      <w:r>
        <w:rPr>
          <w:b/>
        </w:rPr>
        <w:t>Copilot+ Functionality:</w:t>
      </w:r>
      <w:r>
        <w:t xml:space="preserve"> Powered by a Snapdragon X Elite processor, it provides advanced AI capabilities, including Recalls, Live Captions, and more, aiming to enhance productivity and ease communication. - </w:t>
      </w:r>
      <w:r>
        <w:rPr>
          <w:b/>
        </w:rPr>
        <w:t>Display Quality:</w:t>
      </w:r>
      <w:r>
        <w:t xml:space="preserve"> Featuring a 14" Dynamic 3K AMOLED 2X touchscreen with a 120Hz Adaptive Refresh Rate, users can expect an exceptionally vivid and smooth visual experience. - </w:t>
      </w:r>
      <w:r>
        <w:rPr>
          <w:b/>
        </w:rPr>
        <w:t>Processing Power:</w:t>
      </w:r>
      <w:r>
        <w:t xml:space="preserve"> The Snapdragon X Elite processor ensures high processing speeds, power efficiency, and robust performance suitable for creators and professional users alike.</w:t>
      </w:r>
      <w:r/>
    </w:p>
    <w:p>
      <w:r/>
      <w:r>
        <w:t>These current deals provide consumers with excellent opportunities to obtain advanced tablets and laptops, often with significant value adds. As these offers are limited-time, those interested should consider them soon for the best chances of securing a deal.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