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GitHub expands availability of AI-powered Copilot to individual and business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GitHub Expands Availability of AI-Powered Copilot to Individual and Business Plans</w:t>
      </w:r>
      <w:r/>
    </w:p>
    <w:p>
      <w:r/>
      <w:r>
        <w:rPr>
          <w:b/>
        </w:rPr>
        <w:t>San Francisco, CA – [Date]</w:t>
      </w:r>
      <w:r>
        <w:t xml:space="preserve"> – GitHub has made its AI-powered coding assistant, GitHub Copilot, available to both Individual and Business plans on GitHub.com. This expanded accessibility aims to integrate AI capabilities deeply into developers' workflows, making software development more efficient and intuitive.</w:t>
      </w:r>
      <w:r/>
    </w:p>
    <w:p>
      <w:pPr>
        <w:pStyle w:val="Heading4"/>
      </w:pPr>
      <w:r>
        <w:t>A New Chapter in AI Integration</w:t>
      </w:r>
      <w:r/>
    </w:p>
    <w:p>
      <w:r/>
      <w:r>
        <w:t>GitHub's announcement represents a significant enhancement in the use of artificial intelligence within the coding environment. GitHub Copilot, which leverages advanced AI technology, is designed to aid developers by offering code suggestions, insights, and assistance drawn from vast data sets encompassing repositories, pull requests, issues, and other collaborative interactions. This integration promises to transform the traditional development process by embedding AI into daily coding activities.</w:t>
      </w:r>
      <w:r/>
    </w:p>
    <w:p>
      <w:pPr>
        <w:pStyle w:val="Heading4"/>
      </w:pPr>
      <w:r>
        <w:t>Broad Platform Accessibility</w:t>
      </w:r>
      <w:r/>
    </w:p>
    <w:p>
      <w:r/>
      <w:r>
        <w:t>The latest version of GitHub Copilot is not confined to desktops alone. It offers support across a variety of platforms, including Integrated Development Environments (IDEs), Visual Studio Code, web browsers, and mobile devices. Developers can employ Copilot as an AI pair programmer to swiftly generate code snippets or assist in more complex programming tasks.</w:t>
      </w:r>
      <w:r/>
    </w:p>
    <w:p>
      <w:pPr>
        <w:pStyle w:val="Heading4"/>
      </w:pPr>
      <w:r>
        <w:t>Leveraging OpenAI for Advanced Coding</w:t>
      </w:r>
      <w:r/>
    </w:p>
    <w:p>
      <w:r/>
      <w:r>
        <w:t>One of the standout features of GitHub Copilot is its use of OpenAI models, specifically designed to cater to different levels of query complexity. The basic model, GPT-4o, effectively handles general coding tasks. For more intricate needs, such as developing sophisticated algorithms or resolving performance issues, users can opt for the o1-preview or o1-mini models. Additionally, Copilot Chat offers an immersive mode for in-depth interactions, and users interested in early access can join a waitlist.</w:t>
      </w:r>
      <w:r/>
    </w:p>
    <w:p>
      <w:pPr>
        <w:pStyle w:val="Heading4"/>
      </w:pPr>
      <w:r>
        <w:t>Getting Started with GitHub Copilot</w:t>
      </w:r>
      <w:r/>
    </w:p>
    <w:p>
      <w:r/>
      <w:r>
        <w:t>For those keen to explore the tool, individual users with a Copilot license can simply log in to GitHub.com or the GitHub Mobile application where they will find the Copilot icon ready for use. Business plan users, however, will require administrators to activate Copilot within their organisational settings.</w:t>
      </w:r>
      <w:r/>
    </w:p>
    <w:p>
      <w:r/>
      <w:r>
        <w:t>This update is part of GitHub's continuous effort to integrate cutting-edge AI technology into the development process. By doing so, the company aims to enhance productivity and streamline workflow, allowing developers to concentrate on delivering high-quality software solutions.</w:t>
      </w:r>
      <w:r/>
    </w:p>
    <w:p>
      <w:r/>
      <w:r>
        <w:t>Feedback on the new features can be channelled through the GitHub Community, where users can share their experiences and suggestions. As with all pre-release features on GitHub, this integration is subject to the platform's pre-release terms and conditions.</w:t>
      </w:r>
      <w:r/>
    </w:p>
    <w:p>
      <w:pPr>
        <w:pStyle w:val="Heading4"/>
      </w:pPr>
      <w:r>
        <w:t>Conclusion</w:t>
      </w:r>
      <w:r/>
    </w:p>
    <w:p>
      <w:r/>
      <w:r>
        <w:t>GitHub's expanded offering of Copilot to a broader user base underscores its commitment to leveraging AI to transform software development. The inclusion of advanced OpenAI models and multi-platform support further enhances the tool's utility, promising a more efficient and robust coding experience for developers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