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expands NotebookLM capabilities with enhanced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Google Expands NotebookLM Capabilities with Enhanced AI Features</w:t>
      </w:r>
      <w:r/>
    </w:p>
    <w:p>
      <w:r/>
      <w:r>
        <w:rPr>
          <w:b/>
        </w:rPr>
        <w:t>Mountain View, CA – Thursday, 12 October 2023:</w:t>
      </w:r>
      <w:r>
        <w:t xml:space="preserve"> Google has announced significant updates to its AI-powered note-taking and research tool, NotebookLM. The newly introduced features allow users to incorporate YouTube video URLs and audio files as sources, further expanding the tool's versatility and ease of use.</w:t>
      </w:r>
      <w:r/>
    </w:p>
    <w:p>
      <w:r/>
      <w:r>
        <w:t>Originally launched as a project at Google’s I/O developer conference last year, NotebookLM has grown from a promising concept into a widely adopted tool, available in over 200 countries. Initially, the tool was primarily used by educators and students but has recently witnessed an increased adoption among business professionals. According to Raiza Martin, a senior product manager for AI at Google Labs, about 50% of the current user base is now comprised of professionals in various workplace settings.</w:t>
      </w:r>
      <w:r/>
    </w:p>
    <w:p>
      <w:r/>
      <w:r>
        <w:t>NotebookLM enables users to transform various types of content into AI-generated conversations that sound remarkably realistic, a feature that has impressed many since its launch. The tool initially supported documents like PDFs, text files, and Google Docs. With the recent updates, users can now upload YouTube videos and audio files such as .mp3 and .wav directly into NotebookLM. This enhancement allows the tool to provide summaries and convert content into engaging audio discussions, making it useful for a wide array of applications—from summarizing video essays and lectures to transforming study sessions and group projects.</w:t>
      </w:r>
      <w:r/>
    </w:p>
    <w:p>
      <w:r/>
      <w:r>
        <w:t>One of the most user-friendly updates is the addition of a public URL-sharing feature. Previously, users had to manually share the generated WAV files from their desktops, a process that required additional steps and services. With the new feature, each Audio Overview generated in NotebookLM can be shared easily via a public URL, streamlining the distribution process and making it more convenient for users.</w:t>
      </w:r>
      <w:r/>
    </w:p>
    <w:p>
      <w:r/>
      <w:r>
        <w:t>In addition to boosting efficiency, these updates have practical implications in professional and educational settings. For instance, business professionals can upload presentations or resumes to create sharable audio overviews, while educators and students at institutions like Boise State University are already leveraging the tool to assist learning by turning class recordings into study guides.</w:t>
      </w:r>
      <w:r/>
    </w:p>
    <w:p>
      <w:r/>
      <w:r>
        <w:t>Google has designed NotebookLM to respect user privacy, ensuring that the uploaded information stays private and is not used to train AI models. Users must be 18 years or older to access the tool.</w:t>
      </w:r>
      <w:r/>
    </w:p>
    <w:p>
      <w:r/>
      <w:r>
        <w:t>The tool’s real-time capabilities have also been enhanced with the new Audio Overview feature, which allows users to discuss their notebook content conversationally with the AI. This functionality can be particularly useful when preparing for presentations or tackling complex topics.</w:t>
      </w:r>
      <w:r/>
    </w:p>
    <w:p>
      <w:r/>
      <w:r>
        <w:t>Despite its advancements, NotebookLM remains an experimental tool with its own set of limitations. Currently, the conversations are only supported in English, which limits accessibility for non-English speakers. Additionally, generating an Audio Overview for larger notebooks may take several minutes. Users cannot yet interrupt the AI mid-dialogue, a feature that many might find essential for more interactive experiences. Nonetheless, these limitations are acknowledged by Google, and Martin has indicated that user feedback will continue to shape future updates and enhancements.</w:t>
      </w:r>
      <w:r/>
    </w:p>
    <w:p>
      <w:r/>
      <w:r>
        <w:t>In an environment where AI audio tools are rapidly evolving, Google's NotebookLM stands out for its innovative approach and practical applications. This development comes amid other advancements in the AI field, such as Meta's recent unveiling of audio translation tools that automatically dub and lip-sync content on Instagram and Facebook Reels.</w:t>
      </w:r>
      <w:r/>
    </w:p>
    <w:p>
      <w:r/>
      <w:r>
        <w:t>As NotebookLM continues to develop, Google Labs has hinted at future updates that may include expanded input support and new output sources. Mobile apps for NotebookLM, which is currently accessible only via the web, are also anticipated in the near future.</w:t>
      </w:r>
      <w:r/>
    </w:p>
    <w:p>
      <w:r/>
      <w:r>
        <w:t>With these new capabilities, Google is solidifying NotebookLM's position as a leading tool in the AI-enhanced note-taking and research space, promising to make complex tasks more manageable and accessible for a diverse range of users across various sectors.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