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files antitrust complaint against Microsoft over alleged unfair cloud practices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Google Files Antitrust Complaint Against Microsoft Over Alleged Unfair Cloud Practices</w:t>
      </w:r>
      <w:r/>
    </w:p>
    <w:p>
      <w:r/>
      <w:r>
        <w:rPr>
          <w:b/>
        </w:rPr>
        <w:t>Brussels, 25 October 2023</w:t>
      </w:r>
      <w:r>
        <w:t xml:space="preserve"> – Google has ratcheted up its ongoing rivalry with Microsoft by filing an antitrust complaint with the European Commission, alleging that the latter's software licensing practices are undermining competition in the cloud computing sector. The complaint, which was officially logged on Tuesday, accuses Microsoft of using its dominant position in business software to compel clients to commit to its Azure cloud services by imposing punitive pricing structures on those who opt for competing platforms.</w:t>
      </w:r>
      <w:r/>
    </w:p>
    <w:p>
      <w:pPr>
        <w:pStyle w:val="Heading4"/>
      </w:pPr>
      <w:r>
        <w:t>Key Allegations</w:t>
      </w:r>
      <w:r/>
    </w:p>
    <w:p>
      <w:r/>
      <w:r>
        <w:t>Google's complaint centres on changes Microsoft introduced to its licensing terms in 2019. According to the US-based search and cloud giant, these changes make it prohibitively expensive for customers to run Microsoft’s Windows Server software on rival cloud platforms, such as Google Cloud and Amazon Web Services (AWS). Amit Zavery, Vice President for Google Cloud, stated in a blog post that Microsoft is leveraging its dominant Windows software to lock customers into its Azure ecosystem, resulting in a 400% markup for clients wishing to migrate Windows Server licenses to other cloud providers.</w:t>
      </w:r>
      <w:r/>
    </w:p>
    <w:p>
      <w:r/>
      <w:r>
        <w:t>"Microsoft’s licensing terms should not restrict European customers from moving their existing Microsoft workloads to competitors’ clouds –- especially when there are no technical barriers to doing so," Zavery wrote in a post co-signed by Google Cloud’s Europe region president, Tara Brady.</w:t>
      </w:r>
      <w:r/>
    </w:p>
    <w:p>
      <w:pPr>
        <w:pStyle w:val="Heading4"/>
      </w:pPr>
      <w:r>
        <w:t>Financial and Operational Impact</w:t>
      </w:r>
      <w:r/>
    </w:p>
    <w:p>
      <w:r/>
      <w:r>
        <w:t>The financial impact of such practices is significant. A study cited in Google’s complaint and endorsed by AWS-backed trade group Cloud Infrastructure Services Providers in Europe (CISPE) estimates that European businesses and public sector organisations collectively incur up to €1 billion (£860 million) annually due to Microsoft's restrictive licensing fees. The report claims that Microsoft's tactics not only inflate costs for its clients but also stifle competition and innovation within the cloud sector.</w:t>
      </w:r>
      <w:r/>
    </w:p>
    <w:p>
      <w:pPr>
        <w:pStyle w:val="Heading4"/>
      </w:pPr>
      <w:r>
        <w:t>Historical Context and Previous Settlements</w:t>
      </w:r>
      <w:r/>
    </w:p>
    <w:p>
      <w:r/>
      <w:r>
        <w:t>This is not the first time Microsoft's cloud practices have come under scrutiny. In July, Microsoft reached an agreement with CISPE, settling similar complaints by agreeing to improve compatibility and reduce costs for running its software on rival platforms. However, Google and AWS did not participate in this settlement. Microsoft’s President Brad Smith has previously stated that the deal aims to enhance competition within the sector and resolved the concerns of European cloud providers amicably.</w:t>
      </w:r>
      <w:r/>
    </w:p>
    <w:p>
      <w:r/>
      <w:r>
        <w:t>Notwithstanding, Google remained critical of this settlement, arguing that it does not fully address the competitive imbalances caused by Microsoft’s licensing terms. "We believe this regulatory action is the only way to end Microsoft vendor lock-in and create a level playing field for competitors," Zavery reiterated at a recent press conference in Brussels.</w:t>
      </w:r>
      <w:r/>
    </w:p>
    <w:p>
      <w:pPr>
        <w:pStyle w:val="Heading4"/>
      </w:pPr>
      <w:r>
        <w:t>Additional Obstacles</w:t>
      </w:r>
      <w:r/>
    </w:p>
    <w:p>
      <w:r/>
      <w:r>
        <w:t>Google also highlighted that Microsoft has allegedly introduced technical barriers for customers attempting to transfer their Windows workloads to other clouds. These include limiting security patches and creating other interoperability challenges that degrade the user experience when using competing cloud services.</w:t>
      </w:r>
      <w:r/>
    </w:p>
    <w:p>
      <w:pPr>
        <w:pStyle w:val="Heading4"/>
      </w:pPr>
      <w:r>
        <w:t>Response from the European Commission and Microsoft</w:t>
      </w:r>
      <w:r/>
    </w:p>
    <w:p>
      <w:r/>
      <w:r>
        <w:t>A spokesperson for the European Commission confirmed receipt of Google’s complaint and stated that it would be assessed "under our standard procedures". If validated, the complaint could trigger a formal investigation, potentially leading to fines or mandated changes to Microsoft’s business practices.</w:t>
      </w:r>
      <w:r/>
    </w:p>
    <w:p>
      <w:r/>
      <w:r>
        <w:t>In response, a Microsoft spokesperson commented, "Microsoft settled amicably similar concerns raised by European cloud providers, even after Google hoped they would keep litigating. Having failed to persuade European companies, we expect Google similarly will fail to persuade the European Commission."</w:t>
      </w:r>
      <w:r/>
    </w:p>
    <w:p>
      <w:pPr>
        <w:pStyle w:val="Heading4"/>
      </w:pPr>
      <w:r>
        <w:t>Wider Implications</w:t>
      </w:r>
      <w:r/>
    </w:p>
    <w:p>
      <w:r/>
      <w:r>
        <w:t>The complaint forms part of a broader and ongoing confrontation between Google and Microsoft that has seen both companies clash over various issues, including previous antitrust cases in the US and European markets. Google’s complaint also ties into other ongoing investigations targeting Microsoft’s practices, such as the European Commission’s inquiry into the bundling of Microsoft Teams with its Office suite.</w:t>
      </w:r>
      <w:r/>
    </w:p>
    <w:p>
      <w:r/>
      <w:r>
        <w:t>Both tech giants continue to work towards expanding their influence in the lucrative cloud computing space. While Google’s search engine still maintains dominance over Microsoft’s Bing, Microsoft’s foothold in business software and cloud services remains robust. The latest complaint by Google underlines the fierce competition and complex regulatory landscape these companies navigate as they vie for market leadership.</w:t>
      </w:r>
      <w:r/>
    </w:p>
    <w:p>
      <w:r/>
      <w:r>
        <w:t>Whether the European Commission will launch a formal investigation based on Google’s claims remains to be seen, but the outcome could have significant repercussions for the tech industry and how cloud services are regulated across Europe.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