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LinkedIn faces scrutiny over new data use policy for AI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LinkedIn Faces Scrutiny Over New Data Use Policy for AI Training</w:t>
      </w:r>
      <w:r/>
    </w:p>
    <w:p>
      <w:r/>
      <w:r>
        <w:t>In a move that has prompted widespread concern amongst its user base, LinkedIn, one of the globe's largest professional networking sites, has updated its user agreement to allow the utilisation of user profiles in the training of artificial intelligence (AI). This policy change affects its substantial user base of approximately 930 million individuals.</w:t>
      </w:r>
      <w:r/>
    </w:p>
    <w:p>
      <w:r/>
      <w:r>
        <w:t>The recent amendment, announced last week, has ignited a debate around data privacy, as it effectively provides LinkedIn with the authority to use personal information from user profiles for the development of AI tools. According to LinkedIn, these tools aim to enhance job-seeking capabilities through its extensive network.</w:t>
      </w:r>
      <w:r/>
    </w:p>
    <w:p>
      <w:r/>
      <w:r>
        <w:t>The modification has inevitably sparked criticism from users worried about how their data might be exploited. The policy allows LinkedIn to access and use user information to train its AI models, which are intended to create new applications to better support job seekers.</w:t>
      </w:r>
      <w:r/>
    </w:p>
    <w:p>
      <w:r/>
      <w:r>
        <w:t>However, there is some recourse for concerned users. LinkedIn has provided an option for users to opt out of this data sharing feature. Users looking to prevent future use of their data for AI training can navigate to the "Settings &amp; Privacy" section, accessible from their profile picture drop-down menu. Within this section, users should select "Data Privacy" and then locate "Data for Generative AI Improvement." By adjusting the setting for "Use my data for training content creation AI models" to off, users can ensure their data is not utilised moving forward.</w:t>
      </w:r>
      <w:r/>
    </w:p>
    <w:p>
      <w:r/>
      <w:r>
        <w:t>It is important to note that any data already present on LinkedIn prior to users switching off this feature has potentially already been used in the AI training processes. Nevertheless, users can safeguard their information for the future by opting out.</w:t>
      </w:r>
      <w:r/>
    </w:p>
    <w:p>
      <w:r/>
      <w:r>
        <w:t>LinkedIn defends its decision by highlighting the potential benefits of AI in improving job search functions and creating innovative tools to assist its global user base. However, this development underscores the ongoing tension between technological advancement and user privacy, raising questions about consent and the control users have over their personal information online.</w:t>
      </w:r>
      <w:r/>
    </w:p>
    <w:p>
      <w:r/>
      <w:r>
        <w:t>As the debate continues, users are advised to review their privacy settings and stay informed about how their data is being used within digital platforms.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