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Connect showcases AI, VR, and AR innovations amidst busy tech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Connect Showcases AI, VR, and AR Innovations Amidst Busy Tech Week</w:t>
      </w:r>
      <w:r/>
    </w:p>
    <w:p>
      <w:r/>
      <w:r>
        <w:rPr>
          <w:b/>
        </w:rPr>
        <w:t>Cupertino, CA -</w:t>
      </w:r>
      <w:r>
        <w:t xml:space="preserve"> At this year's Meta Connect, held earlier this week, Meta (formerly known as Facebook) unveiled significant advancements in artificial intelligence, virtual reality, and augmented reality technologies. The annual event, a pivotal moment for the company, was marked by a series of presentations and demonstrations aimed at showcasing the company's future direction in these cutting-edge fields.</w:t>
      </w:r>
      <w:r/>
    </w:p>
    <w:p>
      <w:r/>
      <w:r>
        <w:t>Meta’s ambitious ventures into these areas were met with much anticipation. The event highlighted the arrival of new virtual reality (VR) headsets designed to provide users with an immersive experience like never before. These headsets feature upgraded hardware and software, promising richer and more interactive virtual environments. Additionally, Meta made strides in its artificial intelligence (AI) capabilities, introducing new AI features designed to enhance user experience across its platforms.</w:t>
      </w:r>
      <w:r/>
    </w:p>
    <w:p>
      <w:r/>
      <w:r>
        <w:t>The pinnacle of the event was the introduction of the company’s latest efforts in augmented reality (AR) glasses. Often referred to as the "Holy Grail" of personal computing, AR glasses have the potential to revolutionise how users interact with both the digital and physical worlds. Meta’s new AR glasses prototype aims to seamlessly blend digital information with the users' physical surroundings, potentially transforming various aspects of daily life including navigation, work, and social interactions.</w:t>
      </w:r>
      <w:r/>
    </w:p>
    <w:p>
      <w:r/>
      <w:r>
        <w:t>Meanwhile, in a separate but equally noteworthy development, tech giant Google has been making headlines with the success of its new product, NotebookLM. Steven Johnson, author and the editorial director at Google Labs, discussed the innovative application during a guest appearance on the technology podcast 'Hard Fork'. Johnson elaborated on how NotebookLM leverages AI to convert mundane documents, such as user manuals and personal financial records, into engaging audio content. This functionality has proven to be particularly popular, as it allows users to interact with otherwise tedious informational content in a more enjoyable and accessible format.</w:t>
      </w:r>
      <w:r/>
    </w:p>
    <w:p>
      <w:r/>
      <w:r>
        <w:t>The podcast, hosted by Casey, not only delved into the details of these tech advancements but also touched on a myriad of other significant developments in the technology sector this week. To lighten the information-laden session, the segment "HatGPT" was introduced, where the hosts humorously reached into a bucket hat for random tech topics to discuss, adding a playful twist to the otherwise dense discourse.</w:t>
      </w:r>
      <w:r/>
    </w:p>
    <w:p>
      <w:r/>
      <w:r>
        <w:t>These breakthroughs by Meta and Google exemplify the rapid evolution in the tech space, promising an array of enhanced digital experiences. As these developments continue to unfold, they offer a glimpse into an exciting future where the boundaries between reality and virtual environments blur, and AI becomes increasingly integrated into our daily lives.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