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enhances Ray-Ban smart glasses with advanced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Enhances Ray-Ban Smart Glasses with Advanced AI Features</w:t>
      </w:r>
      <w:r/>
    </w:p>
    <w:p>
      <w:r/>
      <w:r>
        <w:t>At the Meta Connect 2024 event held at their Menlo Park, California headquarters, Meta revealed several significant updates to their second-generation Ray-Ban Meta Smart Glasses. Since their initial release, these smart glasses have garnered attention for their novel integration of a generative AI assistant, although early iterations had limited capabilities. The new upgrades promise to enhance the functionality and convenience of these wearable smart devices.</w:t>
      </w:r>
      <w:r/>
    </w:p>
    <w:p>
      <w:r/>
      <w:r>
        <w:t>The event spotlighted various new features integrated into the Ray-Ban Meta Smart Glasses, enhancing the user experience through Meta's improved AI capabilities. Among the most anticipated updates are the live translation of languages, real-time visual assistance, and cross-platform music integration.</w:t>
      </w:r>
      <w:r/>
    </w:p>
    <w:p>
      <w:r/>
      <w:r>
        <w:rPr>
          <w:b/>
        </w:rPr>
        <w:t>New AI Features and Capabilities</w:t>
      </w:r>
      <w:r/>
    </w:p>
    <w:p>
      <w:r/>
      <w:r>
        <w:t>Meta has introduced a host of AI-driven functionalities that significantly extend the usability of the Ray-Ban Meta Smart Glasses. Users can now utilise the glasses for setting reminders and receiving live translations. For example, using a simple voice command, a user can remind themselves to purchase a book next week or scan a QR code to call a number displayed in front of them.</w:t>
      </w:r>
      <w:r/>
    </w:p>
    <w:p>
      <w:r/>
      <w:r>
        <w:t>Previously, users had to start commands with the phrase “Hey Meta, look and tell me” to receive information based on their visual context. With the latest update, the glasses can respond to more natural queries such as, “Hey Meta, what am I looking at?” This improvement simplifies user interaction and makes the experience more intuitive.</w:t>
      </w:r>
      <w:r/>
    </w:p>
    <w:p>
      <w:r/>
      <w:r>
        <w:t>Meta AI has also enhanced its live translation abilities. The glasses are now equipped to handle more extensive text translations and will soon offer live translation support for languages including English, French, Italian, and Spanish. This feature is particularly useful for travellers, providing immediate understanding of foreign text.</w:t>
      </w:r>
      <w:r/>
    </w:p>
    <w:p>
      <w:r/>
      <w:r>
        <w:rPr>
          <w:b/>
        </w:rPr>
        <w:t>Interactive Demos at Meta Connect 2024</w:t>
      </w:r>
      <w:r/>
    </w:p>
    <w:p>
      <w:r/>
      <w:r>
        <w:t>During the Meta Connect 2024 event, attendees were given the opportunity to try out these new features at a dedicated demo space. In one demonstration, Meta AI accurately described a diorama of a Los Angeles street scene when queried. In another, the glasses translated a Spanish sign into English, correctly pronouncing the foreign words.</w:t>
      </w:r>
      <w:r/>
    </w:p>
    <w:p>
      <w:r/>
      <w:r>
        <w:t>Meta has focused on integrating third-party applications to make the smart glasses even more versatile. Users can now play music from Spotify by giving commands based on artists, tracks, or even moods. This capability was showcased during the event, albeit with some initial kinks that were quickly ironed out.</w:t>
      </w:r>
      <w:r/>
    </w:p>
    <w:p>
      <w:r/>
      <w:r>
        <w:t>Another notable enhancement is the support for QR code scanning, allowing users to capture and process information quickly. Additionally, there are plans to further incorporate Amazon Music, Audible, iHeart, and other music platforms into the Meta AI system, providing a more comprehensive audio experience.</w:t>
      </w:r>
      <w:r/>
    </w:p>
    <w:p>
      <w:r/>
      <w:r>
        <w:rPr>
          <w:b/>
        </w:rPr>
        <w:t>Hardware and Aesthetic Enhancements</w:t>
      </w:r>
      <w:r/>
    </w:p>
    <w:p>
      <w:r/>
      <w:r>
        <w:t>While the basic design of the Ray-Ban Meta Smart Glasses remains unchanged, Meta is introducing new colour options and faster transition lenses developed by EssilorLuxottica, known for their high-quality optical brands. These updates are part of an effort to both enhance the aesthetic appeal and functional versatility of the glasses.</w:t>
      </w:r>
      <w:r/>
    </w:p>
    <w:p>
      <w:r/>
      <w:r>
        <w:rPr>
          <w:b/>
        </w:rPr>
        <w:t>Future Prospects</w:t>
      </w:r>
      <w:r/>
    </w:p>
    <w:p>
      <w:r/>
      <w:r>
        <w:t>Among the most ambitious updates announced was the introduction of video support, allowing the glasses to analyse and provide information on real-time visual inputs. This feature could revolutionise how users interact with their environment, providing assistance in navigation, cooking, or even completing complex tasks like assembly instructions. However, it also raises potential privacy concerns, as the glasses will need to process live video footage directly.</w:t>
      </w:r>
      <w:r/>
    </w:p>
    <w:p>
      <w:r/>
      <w:r>
        <w:t>Meta assures users that these new features will be available through over-the-air updates, ensuring that current owners of the Ray-Ban Meta Smart Glasses will benefit without needing new hardware.</w:t>
      </w:r>
      <w:r/>
    </w:p>
    <w:p>
      <w:r/>
      <w:r>
        <w:rPr>
          <w:b/>
        </w:rPr>
        <w:t>Conclusion</w:t>
      </w:r>
      <w:r/>
    </w:p>
    <w:p>
      <w:r/>
      <w:r>
        <w:t>The enhancements announced at Meta Connect 2024 signal a significant leap forward for the Ray-Ban Meta Smart Glasses, making daily tasks more manageable and interactive. By integrating advanced AI capabilities, Meta continues to push the boundaries of wearable technology, offering innovative solutions that promise to enrich the user experience.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