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Meta introduces celebrity AI voices to enhance user experience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Meta Introduces Celebrity AI Voices to Enhance User Experience</w:t>
      </w:r>
      <w:r/>
    </w:p>
    <w:p>
      <w:r/>
      <w:r>
        <w:rPr>
          <w:b/>
        </w:rPr>
        <w:t>By Geoffrey A. Fowler</w:t>
      </w:r>
      <w:r/>
    </w:p>
    <w:p>
      <w:r/>
      <w:r>
        <w:t>In a significant leap for artificial intelligence (AI) technology, Meta is introducing AI-generated voices of real living celebrities to its popular platforms. Soon, users of Facebook, Instagram, and WhatsApp will be able to converse with AI chatbots using voices that imitate those of Dame Judi Dench, Awkwafina, John Cena, Keegan-Michael Key, and Kristen Bell, among others.</w:t>
      </w:r>
      <w:r/>
    </w:p>
    <w:p>
      <w:r/>
      <w:r>
        <w:t>Meta's new feature, poised to be officially launched by CEO Mark Zuckerberg, is an enhancement to the already widely-used Meta AI chatbot, which currently has over 400 million active monthly users. Until now, the chatbot has been utilised to answer questions, offer advice, and generate images. The introduction of celebrity voices aims to make these interactions feel more engaging and comfortable for users.</w:t>
      </w:r>
      <w:r/>
    </w:p>
    <w:p>
      <w:r/>
      <w:r>
        <w:t>Meta confirmed that the actors involved have been compensated with an undisclosed sum for the rights to use their voices for several years. This move follows earlier controversies surrounding AI-generated celebrity voices, such as when rival ChatGPT featured a voice resembling that of Scarlett Johansson.</w:t>
      </w:r>
      <w:r/>
    </w:p>
    <w:p>
      <w:r/>
      <w:r>
        <w:t>In a trial run, the AI celebrity voices delivered a range of responses. When asked about James Bond by the AI Dench voice, it shared a nugget about the Aston Martin DB5 from the iconic films. However, not all interactions were smooth or consistent with the celebrities' known personas. Some responses were unnaturally delayed, and the AI struggled to maintain the distinct personalities that fans associate with these celebrities.</w:t>
      </w:r>
      <w:r/>
    </w:p>
    <w:p>
      <w:r/>
      <w:r>
        <w:t>Meta's approach does not include crafting distinct personalities for these voices; instead, these voices are layered over a standard chatbot framework. The previous version of Meta AI attempted to impersonate celebrities, but the initiative has since been dialed back to focus on voice alone.</w:t>
      </w:r>
      <w:r/>
    </w:p>
    <w:p>
      <w:r/>
      <w:r>
        <w:t>While this innovation has generated buzz, it raises questions about the longer-term implications. Past efforts by Amazon and Google to implement celebrity voices, such as those of Samuel L. Jackson and John Legend, were eventually discontinued without clear reasons, suggesting a difficult path ahead for Meta's venture.</w:t>
      </w:r>
      <w:r/>
    </w:p>
    <w:p>
      <w:r/>
      <w:r>
        <w:t>Sue Young, Meta's Vice President of Product Management, explained that the goal was to diversify the voices available, making them resonate more with users. Meta worked with a broad range of voice actors, aiming for balanced recognition and formal partnership.</w:t>
      </w:r>
      <w:r/>
    </w:p>
    <w:p>
      <w:r/>
      <w:r>
        <w:t>Interestingly, despite imparting a sense of fun, Meta's inclusion of celebrity voices also refuels the conversation about AI's role in our lives. Users might question the authenticity of their conversational partner, especially when it comes to forming ‘relationships’ with AI entities. This concern is particularly pertinent for younger audiences, as emphasised by advocacy groups like Common Sense Media.</w:t>
      </w:r>
      <w:r/>
    </w:p>
    <w:p>
      <w:r/>
      <w:r>
        <w:t>Meta has taken steps to make sure users understand they are not interacting with the actual celebrities. For instance, when asked if it knew Judi Dench, the AI openly stated it has no personal relationships or specific information about individuals outside of public knowledge. Nevertheless, the AI had no reservations about fulfilling a request to pretend to be a user's significant other, highlighting the blurring lines of interaction with AI.</w:t>
      </w:r>
      <w:r/>
    </w:p>
    <w:p>
      <w:r/>
      <w:r>
        <w:t>As the technology evolves, the introduction of celebrity voices in AI is an intriguing development that will undoubtedly impact how users engage with digital assistants. The success and acceptance of this innovation remain to be seen, particularly in how it will shape our digital experiences and relationships.</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