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groundbreaking AI dubbing tool for Reels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Introduces Groundbreaking AI Dubbing Tool for Reels</w:t>
      </w:r>
      <w:r/>
    </w:p>
    <w:p>
      <w:r/>
      <w:r>
        <w:t>MENLO PARK, CA – Meta has unveiled a revolutionary tool designed to automatically dub Reels content into various languages while synchronising the audio with the speaker's lip movements. This announcement was made during the annual Meta Connect livestream event, which was headlined by CEO Mark Zuckerberg.</w:t>
      </w:r>
      <w:r/>
    </w:p>
    <w:p>
      <w:r/>
      <w:r>
        <w:t>In a keynote presentation, Zuckerberg demonstrated this new tool, highlighting its potential to bridge language barriers in the realm of social media content. The feature, as presented, seems to operate seamlessly, translating the original language of the content and employing AI technology to replicate the speaker's voice in another language while aligning their lip movements to match. It should be noted, however, that the demonstration appeared to be pre-recorded rather than executed live.</w:t>
      </w:r>
      <w:r/>
    </w:p>
    <w:p>
      <w:r/>
      <w:r>
        <w:t>The initial rollout of this feature will focus on content in English and Spanish, targeting users in the United States and Latin America. While Meta has yet to provide a specific timeline for the release, the feature is expected to be available to a select group of creators' videos before a broader deployment. The company also indicated plans to expand language support in the near future.</w:t>
      </w:r>
      <w:r/>
    </w:p>
    <w:p>
      <w:r/>
      <w:r>
        <w:t>Alongside the dubbing tool, Meta introduced additional advancements in its AI platform at the Meta Connect event. Among these is a new voice chat feature that will allow users to engage in conversations using voices of various celebrities. Furthermore, Meta AI is set to enhance image handling capabilities, enabling users to alter and edit photos directly from text conversations within Instagram, Messenger, and WhatsApp.</w:t>
      </w:r>
      <w:r/>
    </w:p>
    <w:p>
      <w:r/>
      <w:r>
        <w:t>The introduction of these AI-powered features marks Meta's ongoing commitment to integrating advanced technologies for enhancing user experience across its suite of platforms. By expanding the accessibility and reach of content through multilingual dubbing and improving communication tools, Meta aims to redefine interaction on social media.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