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unveils AI translation tool for social media reels at Meta Connect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Meta Unveils AI Translation Tool for Social Media Reels at Meta Connect 2024</w:t>
      </w:r>
      <w:r/>
    </w:p>
    <w:p>
      <w:r/>
      <w:r>
        <w:rPr>
          <w:b/>
        </w:rPr>
        <w:t>Silicon Valley, California - September 2024:</w:t>
      </w:r>
      <w:r>
        <w:t>Meta has unveiled a pioneering AI translation tool that promises to revolutionise how users engage with content on Facebook and Instagram. Announced at the Meta Connect 2024 event, Meta’s CEO, Mark Zuckerberg, introduced this innovative feature among a suite of new AI tools aimed at enhancing user experiences across the company’s social media platforms.</w:t>
      </w:r>
      <w:r/>
    </w:p>
    <w:p>
      <w:r/>
      <w:r>
        <w:t>The AI translation tool’s primary function is to translate the audio of Instagram and Facebook Reels, allowing users to seamlessly consume content from different languages. This is achieved through advanced automatic dubbing and lip-syncing technologies, designed to simulate the speaker’s voice in another language and synchronise their lips accordingly, offering a more natural viewing experience without the need for subtitles.</w:t>
      </w:r>
      <w:r/>
    </w:p>
    <w:p>
      <w:r/>
      <w:r>
        <w:t>Currently, Meta is conducting limited tests of this feature, focusing on translating Reels from English and Spanish for content creators in Latin America and the United States. The future rollout plans include expanding to more languages and involving a broader spectrum of creators globally.</w:t>
      </w:r>
      <w:r/>
    </w:p>
    <w:p>
      <w:r/>
      <w:r>
        <w:t xml:space="preserve">By integrating this tool, Meta aims to break down language barriers, potentially transforming the platform by making global content more accessible. This could result in a diverse array of international content appearing on users’ feeds, aligned with Meta’s strategy to enhance the appeal of Instagram as a dominant portrait video platform, rivalling competitors like TikTok. </w:t>
      </w:r>
      <w:r/>
    </w:p>
    <w:p>
      <w:r/>
      <w:r>
        <w:t>Moreover, Zuckerberg highlighted the introduction of voice mode for Meta AI, which will be available in the US, Canada, Australia, and New Zealand within the upcoming month. This feature allows users to engage in spoken conversations with Meta AI on various social media apps including Messenger, Facebook, WhatsApp, and Instagram Direct Messages. Users can hear responses in the voices of their favourite celebrities such as Awkwafina, Dame Judi Dench, John Cena, Keegan Michael Key, and Kristen Bell, adding a unique and engaging dimension to the interaction.</w:t>
      </w:r>
      <w:r/>
    </w:p>
    <w:p>
      <w:r/>
      <w:r>
        <w:t>Meta AI’s voice mode, a feature increasingly popular among tech giants, enables human-like conversational experiences. While conversing, users will observe a circular image on their screens, reminiscent of Siri or ChatGPT's systems. This voice interaction capability aims to enhance user interaction, providing a more personalised and immersive experience.</w:t>
      </w:r>
      <w:r/>
    </w:p>
    <w:p>
      <w:r/>
      <w:r>
        <w:t>Meta AI, which boasts 400 million users and sees 185 million weekly interactions across Meta’s platforms, is poised to further embed itself into users' daily social media activities with these new updates.</w:t>
      </w:r>
      <w:r/>
    </w:p>
    <w:p>
      <w:r/>
      <w:r>
        <w:rPr>
          <w:b/>
        </w:rPr>
        <w:t>Meta Connect 2024 Highlights:</w:t>
      </w:r>
      <w:r>
        <w:t xml:space="preserve">- </w:t>
      </w:r>
      <w:r>
        <w:rPr>
          <w:b/>
        </w:rPr>
        <w:t>AI Translation Tool:</w:t>
      </w:r>
      <w:r>
        <w:t xml:space="preserve"> Allows automatic translation and lip-syncing of Reels, facilitating consumption of content recorded in different languages. - </w:t>
      </w:r>
      <w:r>
        <w:rPr>
          <w:b/>
        </w:rPr>
        <w:t>Voice Mode for Meta AI:</w:t>
      </w:r>
      <w:r>
        <w:t xml:space="preserve"> Offers conversational interactions with Meta AI, featuring voices of popular celebrities available on Messenger, Facebook, WhatsApp, and Instagram DM. </w:t>
      </w:r>
      <w:r/>
    </w:p>
    <w:p>
      <w:r/>
      <w:r>
        <w:t>These innovations reflect Meta's continued investment in AI technologies to enhance user engagement and broaden the reach of its social media platforms across diverse linguistic landscapes. The rollout of these features marks a significant step in making social media content more universally accessible and interactive.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