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groundbreaking augmented reality glasses at Meta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Meta Unveils Groundbreaking Augmented Reality Glasses at Meta Connect 2024</w:t>
      </w:r>
      <w:r/>
    </w:p>
    <w:p>
      <w:r/>
      <w:r>
        <w:rPr>
          <w:b/>
        </w:rPr>
        <w:t>Menlo Park, CA</w:t>
      </w:r>
      <w:r>
        <w:t>—At the Meta Connect 2024 event, meta CEO Mark Zuckerberg introduced a series of innovative updates to the company’s product portfolio, including the highly anticipated Orion augmented reality (AR) glasses. Hailed as "the most advanced glasses the world has ever seen," Orion embodies Meta's ambitious vision for the future of AR technology.</w:t>
      </w:r>
      <w:r/>
    </w:p>
    <w:p>
      <w:r/>
      <w:r>
        <w:rPr>
          <w:b/>
        </w:rPr>
        <w:t>New Hardware Showcases at Meta Connect</w:t>
      </w:r>
      <w:r/>
    </w:p>
    <w:p>
      <w:r/>
      <w:r>
        <w:t>Among the key products unveiled were the Meta Quest 3S virtual reality headset, updates to Meta AI, and a new version of the open-source Llama AI model. The Meta Quest 3S, priced at $299, is designed to bring advanced VR features to a broader audience, including real-time passthrough capabilities.</w:t>
      </w:r>
      <w:r/>
    </w:p>
    <w:p>
      <w:r/>
      <w:r>
        <w:rPr>
          <w:b/>
        </w:rPr>
        <w:t>Orion AR Glasses: A Leap Forward in AR Technology</w:t>
      </w:r>
      <w:r/>
    </w:p>
    <w:p>
      <w:r/>
      <w:r>
        <w:t>The highlight of the event, however, was the introduction of Orion AR glasses. These glasses feature holographic lenses capable of superimposing digital images onto transparent see-through lenses, marking a significant advancement from existing AR headset technology. The holographic lenses use waveform microLED projector technology to project images onto silicon carbide lenses, offering an impressive 70-degree field of view.</w:t>
      </w:r>
      <w:r/>
    </w:p>
    <w:p>
      <w:r/>
      <w:r>
        <w:t>In terms of design, the Orion glasses resemble slightly thicker, conventional spectacles, constructed from lightweight magnesium and powered by custom silicon chips that facilitate AI and AR experiences. They incorporate eye tracking, voice recognition, and a neural wristband to interpret subtle wrist and finger movements for intuitive control.</w:t>
      </w:r>
      <w:r/>
    </w:p>
    <w:p>
      <w:r/>
      <w:r>
        <w:rPr>
          <w:b/>
        </w:rPr>
        <w:t>Distinctive Features and Limitations</w:t>
      </w:r>
      <w:r/>
    </w:p>
    <w:p>
      <w:r/>
      <w:r>
        <w:t>Despite their promising capabilities, the Orion glasses face manufacturing challenges, particularly due to the prohibitively high cost of producing silicon carbide lenses at scale. Meta mentioned that while the initial prototype showcased at the event was impressive, a final consumer version might come with trade-offs, including potentially smaller fields of view to enable more affordable production.</w:t>
      </w:r>
      <w:r/>
    </w:p>
    <w:p>
      <w:r/>
      <w:r>
        <w:t>Meta aims to address these challenges by fine-tuning AR display quality and optimizing the form factor for better scalability and affordability. However, specifics about the pricing and availability of Orion have not yet been disclosed. Meta insists that Orion is more than a research prototype, terming it a "polished product prototype."</w:t>
      </w:r>
      <w:r/>
    </w:p>
    <w:p>
      <w:r/>
      <w:r>
        <w:rPr>
          <w:b/>
        </w:rPr>
        <w:t>Ray-Ban Meta Smart Glasses: Enhanced AI Capabilities</w:t>
      </w:r>
      <w:r/>
    </w:p>
    <w:p>
      <w:r/>
      <w:r>
        <w:t>Earlier in the presentation, Zuckerberg revisited the evolution of Meta's partnership with eyewear giant Ray-Ban. The new generation of Ray-Ban Meta smart glasses, priced starting at $300, includes several AI-driven enhancements. These features range from real-time language translation and object recognition to a novel "Reminders" feature, which captures images and reminds users to follow up on specific tasks via notifications on their paired smartphone.</w:t>
      </w:r>
      <w:r/>
    </w:p>
    <w:p>
      <w:r/>
      <w:r>
        <w:t>The glasses are now equipped with sound capabilities thanks to tiny speakers by the ears, allowing for seamless voice interactions, making and receiving calls, and hands-free messaging. These functionalities are powered by Meta AI, which also improves object recognition, visual translation, and context-aware responses.</w:t>
      </w:r>
      <w:r/>
    </w:p>
    <w:p>
      <w:r/>
      <w:r>
        <w:rPr>
          <w:b/>
        </w:rPr>
        <w:t>Meta AI: Expanding Voice Recognition and User Interaction Capabilities</w:t>
      </w:r>
      <w:r/>
    </w:p>
    <w:p>
      <w:r/>
      <w:r>
        <w:t>Meta also announced significant updates to its AI platform, including new conversational and voice interaction features. The enhanced AI chatbot can now engage in real-time voice interactions and can be programmed to emulate the voices of celebrities such as John Cena, Dame Judi Dench, Keegan-Michael Key, Kristen Bell, and Awkwafina. This positions Meta AI as a strong competitor to OpenAI's ChatGPT, which has also introduced similar advanced audio capabilities.</w:t>
      </w:r>
      <w:r/>
    </w:p>
    <w:p>
      <w:r/>
      <w:r>
        <w:rPr>
          <w:b/>
        </w:rPr>
        <w:t>Strategic Implications for the AR/VR Market</w:t>
      </w:r>
      <w:r/>
    </w:p>
    <w:p>
      <w:r/>
      <w:r>
        <w:t>Meta's aggressive investment in AR/VR technologies, juxtaposed against the more cautious but methodical approach of competitors like Apple with their Vision Pro, highlights a broader industry trend towards making immersive technologies more accessible and integrated into everyday life. By pushing the boundaries of AR and VR through innovations like the Orion glasses and Quest 3S, Meta aims to secure a central role in the future landscape of augmented reality.</w:t>
      </w:r>
      <w:r/>
    </w:p>
    <w:p>
      <w:r/>
      <w:r>
        <w:t>Both industry insiders and consumers await further details on how and when these technologies will become available. While the road to mainstream adoption is fraught with challenges, Meta's commitment to pioneering these advanced interfaces suggests a transformative future for digital interactions.</w:t>
      </w:r>
      <w:r/>
    </w:p>
    <w:p>
      <w:r/>
      <w:r>
        <w:rPr>
          <w:b/>
        </w:rPr>
        <w:t>Contact Information</w:t>
      </w:r>
      <w:r/>
    </w:p>
    <w:p>
      <w:r/>
      <w:r>
        <w:t>For more details on the Orion glasses and other products announced at Meta Connect 2024, interested parties can follow the latest updates on Meta's official website and social media channels.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