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security solutions: Tapo TC73 and Lorex 2K Wi-Fi video doorbell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New Security Solutions: Tapo TC73 and Lorex 2K Wi-Fi Video Doorbell</w:t>
      </w:r>
      <w:r/>
    </w:p>
    <w:p>
      <w:r/>
      <w:r>
        <w:t>The smart home market continues to evolve with impressive offerings, and two notable devices have stood out recently: the Tapo TC73 pan and tilt AI home security camera and the Lorex 2K Wireless Wi-Fi Video Doorbell.</w:t>
      </w:r>
      <w:r/>
    </w:p>
    <w:p>
      <w:pPr>
        <w:pStyle w:val="Heading4"/>
      </w:pPr>
      <w:r>
        <w:t>Tapo TC73: A Comprehensive AI Home Security Camera</w:t>
      </w:r>
      <w:r/>
    </w:p>
    <w:p>
      <w:r/>
      <w:r>
        <w:rPr>
          <w:b/>
        </w:rPr>
        <w:t>Overview and Availability:</w:t>
      </w:r>
      <w:r>
        <w:t>The Tapo TC73 is a new addition to the market of HomeKit Secure Video (HKSV) cameras, and it’s receiving a lot of positive attention. Available both online and in physical stores, the Tapo TC73 is currently priced at $50 at retailers such as Best Buy and Amazon. Originally priced at $70 in January 2024, the camera has witnessed periodic price drops, making it a budget-friendly option for consumers.</w:t>
      </w:r>
      <w:r/>
    </w:p>
    <w:p>
      <w:r/>
      <w:r>
        <w:rPr>
          <w:b/>
        </w:rPr>
        <w:t>Specifications and Features:</w:t>
      </w:r>
      <w:r>
        <w:t>The Tapo TC73 boasts a 2K QHD 4MP video resolution, which can be adjusted to lower resolutions such as 720P to save bandwidth. The camera also includes HDR functionality to enhance image quality, capturing vivid details in various lighting conditions. Offering flexible video frame rates (15fps to 30fps), the camera adapts well to different monitoring needs.</w:t>
      </w:r>
      <w:r/>
    </w:p>
    <w:p>
      <w:r/>
      <w:r>
        <w:t>A standout feature is its advanced motion and sound detection capabilities. It provides specific alerts for persons, pets, vehicles, and offers options such as "Line-Crossing Detection" and "Camera Tampering." Sound detection covers a range of specific noises, including crying babies and barking dogs, enhancing overall security.</w:t>
      </w:r>
      <w:r/>
    </w:p>
    <w:p>
      <w:r/>
      <w:r>
        <w:t>For night-time surveillance, the TC73 is equipped with a starlight sensor and two IR lights, giving users the option to choose between red and blue lights based on their visibility needs. The camera also integrates smoothly into a smart home setup with its HKSV support, and despite some resolution limitations, it performs admirably within Apple’s Home app.</w:t>
      </w:r>
      <w:r/>
    </w:p>
    <w:p>
      <w:r/>
      <w:r>
        <w:rPr>
          <w:b/>
        </w:rPr>
        <w:t>Design and Build:</w:t>
      </w:r>
      <w:r>
        <w:t>Measuring nearly 5 inches tall by 3 inches wide, the TC73 is substantial but not cumbersome. It features a physical privacy button and offers mounting versatility, including an inversion option. The device is powered by a 12V DC adapter and supports 2.4GHz Wi-Fi connectivity.</w:t>
      </w:r>
      <w:r/>
    </w:p>
    <w:p>
      <w:r/>
      <w:r>
        <w:rPr>
          <w:b/>
        </w:rPr>
        <w:t>User Experience:</w:t>
      </w:r>
      <w:r>
        <w:t>Set-up is straightforward through the Tapo app, which offers an intuitive interface. Users can manage various camera functions such as pan and tilt, privacy mode, alarms, and two-way communications directly from the app. The camera’s pan and tilt motor is highly responsive, making it one of the more agile models on the market.</w:t>
      </w:r>
      <w:r/>
    </w:p>
    <w:p>
      <w:pPr>
        <w:pStyle w:val="Heading4"/>
      </w:pPr>
      <w:r>
        <w:t>Lorex 2K Wi-Fi Video Doorbell: An Integrated, Subscription-Free Solution</w:t>
      </w:r>
      <w:r/>
    </w:p>
    <w:p>
      <w:r/>
      <w:r>
        <w:rPr>
          <w:b/>
        </w:rPr>
        <w:t>Overview and Availability:</w:t>
      </w:r>
      <w:r>
        <w:t>The Lorex 2K Wireless Wi-Fi Video Doorbell is another valued entry into the smart home security market, recently available at a discounted price of $150. Known for eliminating monthly subscription fees, it provides a cost-effective solution for those building a smart home ecosystem.</w:t>
      </w:r>
      <w:r/>
    </w:p>
    <w:p>
      <w:r/>
      <w:r>
        <w:rPr>
          <w:b/>
        </w:rPr>
        <w:t>Specifications and Features:</w:t>
      </w:r>
      <w:r>
        <w:t>The Lorex 2K video doorbell offers 2K resolution with HDR, capturing clear video footage. It is available in both wired and wireless configurations and includes a preinstalled 32GB microSD card for local storage. This feature allows users to bypass recurring subscription fees, a notable advantage.</w:t>
      </w:r>
      <w:r/>
    </w:p>
    <w:p>
      <w:r/>
      <w:r>
        <w:t>The doorbell’s wide 164-degree field of view, while providing comprehensive coverage, has led to some distortion in captured images. However, for most users, the benefits of the wide-angle view outweigh this drawback. Additional features include person detection to minimize false alarms and a built-in LED for enhanced nighttime visibility.</w:t>
      </w:r>
      <w:r/>
    </w:p>
    <w:p>
      <w:r/>
      <w:r>
        <w:rPr>
          <w:b/>
        </w:rPr>
        <w:t>User Experience:</w:t>
      </w:r>
      <w:r>
        <w:t xml:space="preserve">Setting up the Lorex 2K video doorbell is straightforward, particularly the battery-operated model. The Lorex app is user-friendly, allowing seamless integration with other Lorex security products. Users can manage notifications, live feeds, settings, and event history efficiently through the app. </w:t>
      </w:r>
      <w:r/>
    </w:p>
    <w:p>
      <w:r/>
      <w:r>
        <w:t>Real-time alerts and Alexa integration enhance the doorbell's functionality, making it a reliable choice for everyday use. The in-built LED light adds another layer of convenience, assisting with tasks such as finding keys in the dark and potentially deterring intruders.</w:t>
      </w:r>
      <w:r/>
    </w:p>
    <w:p>
      <w:r/>
      <w:r>
        <w:rPr>
          <w:b/>
        </w:rPr>
        <w:t>Conclusion:</w:t>
      </w:r>
      <w:r>
        <w:t>Both the Tapo TC73 AI home security camera and the Lorex 2K Wi-Fi Video Doorbell bring significant benefits to the table. The TC73 offers sophisticated motion detection, high-quality video, and a robust build, making it ideal for comprehensive indoor surveillance. Meanwhile, the Lorex 2K doorbell provides excellent video quality, user-friendly features, and a subscription-free model, making it an appealing option for smart home beginners and existing Lorex users.</w:t>
      </w:r>
      <w:r/>
    </w:p>
    <w:p>
      <w:r/>
      <w:r>
        <w:t>Consumers looking for advanced indoor security solutions may find the Tapo TC73 a compelling choice, while those seeking a reliable and cost-effective video doorbell might prefer the Lorex 2K.</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