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ARC-1 supercomputer launches in Bellevue to boost AI in telecommunications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NVIDIA's ARC-1 Supercomputer Arrives in Bellevue</w:t>
      </w:r>
      <w:r/>
    </w:p>
    <w:p>
      <w:r/>
      <w:r>
        <w:rPr>
          <w:i/>
        </w:rPr>
        <w:t>NVIDIA, a leading technology company known for its graphics processing units (GPUs), has recently unveiled its powerful ARC-1 supercomputer in Bellevue, Washington. The cutting-edge machine has been deployed to the AI RAN Innovation Center, a collaborative project involving industry giants Ericsson, Nokia, NVIDIA, and T-Mobile US. This move marks a significant step forward in enhancing radio access networks (RAN) through artificial intelligence (AI).</w:t>
      </w:r>
      <w:r/>
    </w:p>
    <w:p>
      <w:r/>
      <w:r>
        <w:rPr>
          <w:b/>
        </w:rPr>
        <w:t>Details of the Innovation Center</w:t>
      </w:r>
      <w:r/>
    </w:p>
    <w:p>
      <w:r/>
      <w:r>
        <w:t>The AI RAN Innovation Center, situated in Bellevue, has been established to foster advancements in radio access network technology, an essential component of modern telecommunications systems. The centre aims to leverage AI to improve network efficiency, speed, and reliability, fundamentally transforming how data is transmitted and managed within mobile networks.</w:t>
      </w:r>
      <w:r/>
    </w:p>
    <w:p>
      <w:r/>
      <w:r>
        <w:rPr>
          <w:b/>
        </w:rPr>
        <w:t>NVIDIA and T-Mobile US CEOs' Vision</w:t>
      </w:r>
      <w:r/>
    </w:p>
    <w:p>
      <w:r/>
      <w:r>
        <w:t>During the launch ceremony, senior executives from NVIDIA and T-Mobile US laid out their vision for the future of AI-enhanced RAN. They emphasized the transformative potential of integrating AI into telecommunications infrastructure, aiming to enhance user experiences and enable more robust, adaptive network solutions.</w:t>
      </w:r>
      <w:r/>
    </w:p>
    <w:p>
      <w:r/>
      <w:r>
        <w:rPr>
          <w:b/>
        </w:rPr>
        <w:t>Local Weather Forecast</w:t>
      </w:r>
      <w:r/>
    </w:p>
    <w:p>
      <w:r/>
      <w:r>
        <w:t>For those planning to visit the Innovation Center or attend other local events, the weather forecast indicates cooler temperatures with occasional rain. Bellevue can expect a high of 62°F and a low of 52°F.</w:t>
      </w:r>
      <w:r/>
    </w:p>
    <w:p>
      <w:r/>
      <w:r>
        <w:rPr>
          <w:b/>
        </w:rPr>
        <w:t>Upcoming Bellevue Events</w:t>
      </w:r>
      <w:r/>
    </w:p>
    <w:p>
      <w:r/>
      <w:r>
        <w:t>Bellevue continues to be a vibrant community with a rich array of events catering to diverse interests. Here are some notable activities on the calendar:</w:t>
      </w:r>
      <w:r/>
      <w:r/>
    </w:p>
    <w:p>
      <w:pPr>
        <w:pStyle w:val="ListBullet"/>
        <w:spacing w:line="240" w:lineRule="auto"/>
        <w:ind w:left="720"/>
      </w:pPr>
      <w:r/>
      <w:r>
        <w:t>Bilingual Kaleidoscope Play &amp; Learn at 14250 SE Newport Way, Bellevue, WA – Scheduled for 10:30 a.m., this event promises an engaging experience for young children.</w:t>
      </w:r>
      <w:r/>
    </w:p>
    <w:p>
      <w:pPr>
        <w:pStyle w:val="ListBullet"/>
        <w:spacing w:line="240" w:lineRule="auto"/>
        <w:ind w:left="720"/>
      </w:pPr>
      <w:r/>
      <w:r>
        <w:t>Toddler Story Time at 15590 Lake Hills Boulevard, Bellevue, WA – Also at 10:30 a.m., this event provides a delightful storytelling session for toddlers.</w:t>
      </w:r>
      <w:r/>
    </w:p>
    <w:p>
      <w:pPr>
        <w:pStyle w:val="ListBullet"/>
        <w:spacing w:line="240" w:lineRule="auto"/>
        <w:ind w:left="720"/>
      </w:pPr>
      <w:r/>
      <w:r>
        <w:t>Eric Verlinde at El Gaucho Bellevue – Pianist Eric Verlinde will be performing at 12:30 p.m., offering guests a musical treat.</w:t>
      </w:r>
      <w:r/>
    </w:p>
    <w:p>
      <w:pPr>
        <w:pStyle w:val="ListBullet"/>
        <w:spacing w:line="240" w:lineRule="auto"/>
        <w:ind w:left="720"/>
      </w:pPr>
      <w:r/>
      <w:r>
        <w:t>Vinyl Night at Obec – Ballard Brewed Coalition at Obec Brewing – Starting from 2 p.m., music enthusiasts can look forward to a vinyl record listening night.</w:t>
      </w:r>
      <w:r/>
    </w:p>
    <w:p>
      <w:pPr>
        <w:pStyle w:val="ListBullet"/>
        <w:spacing w:line="240" w:lineRule="auto"/>
        <w:ind w:left="720"/>
      </w:pPr>
      <w:r/>
      <w:r>
        <w:t>David Lee Joyner – DLJ Music Services at The Bellettini – Scheduled for 3 p.m., this event will feature live music entertainment for attendees.</w:t>
      </w:r>
      <w:r/>
    </w:p>
    <w:p>
      <w:pPr>
        <w:pStyle w:val="ListBullet"/>
        <w:spacing w:line="240" w:lineRule="auto"/>
        <w:ind w:left="720"/>
      </w:pPr>
      <w:r/>
      <w:r>
        <w:t>Bellevue High Orchestra Night at Bellevue High School – At 3 p.m., enjoy a night of orchestrated melodies performed by talented students.</w:t>
      </w:r>
      <w:r/>
    </w:p>
    <w:p>
      <w:pPr>
        <w:pStyle w:val="ListBullet"/>
        <w:spacing w:line="240" w:lineRule="auto"/>
        <w:ind w:left="720"/>
      </w:pPr>
      <w:r/>
      <w:r>
        <w:t>Swim Lessons – Private at Bellevue Family YMCA – From 4 p.m., private swim lessons will be held for those looking to enhance their swimming skills.</w:t>
      </w:r>
      <w:r/>
    </w:p>
    <w:p>
      <w:pPr>
        <w:pStyle w:val="ListBullet"/>
        <w:spacing w:line="240" w:lineRule="auto"/>
        <w:ind w:left="720"/>
      </w:pPr>
      <w:r/>
      <w:r>
        <w:t>End of Summer BBQ at Pacific Regent Bellevue Senior Living – Taking place at 12 p.m., this barbeque event offers a great opportunity for socialising and enjoying good food.</w:t>
      </w:r>
      <w:r/>
      <w:r/>
    </w:p>
    <w:p>
      <w:r/>
      <w:r>
        <w:rPr>
          <w:b/>
        </w:rPr>
        <w:t>Further Events on Friday, September 27</w:t>
      </w:r>
      <w:r/>
      <w:r/>
    </w:p>
    <w:p>
      <w:pPr>
        <w:pStyle w:val="ListBullet"/>
        <w:spacing w:line="240" w:lineRule="auto"/>
        <w:ind w:left="720"/>
      </w:pPr>
      <w:r/>
      <w:r>
        <w:t>Family Story Time at 15590 Lake Hills Boulevard – Starts at 10:30 a.m., suitable for all ages in the family.</w:t>
      </w:r>
      <w:r/>
    </w:p>
    <w:p>
      <w:pPr>
        <w:pStyle w:val="ListBullet"/>
        <w:spacing w:line="240" w:lineRule="auto"/>
        <w:ind w:left="720"/>
      </w:pPr>
      <w:r/>
      <w:r>
        <w:t>Tom Kellock at El Gaucho Bellevue – A lunchtime performance is set for 12:30 p.m., featuring music by Tom Kellock.</w:t>
      </w:r>
      <w:r/>
      <w:r/>
    </w:p>
    <w:p>
      <w:r/>
      <w:r>
        <w:rPr>
          <w:b/>
        </w:rPr>
        <w:t>Events on Saturday, September 28</w:t>
      </w:r>
      <w:r/>
    </w:p>
    <w:p>
      <w:r/>
      <w:r>
        <w:t>Bellevue continues its dynamic line-up with various activities throughout the week, allowing residents and visitors to enjoy a bustling, active community life.</w:t>
      </w:r>
      <w:r/>
    </w:p>
    <w:p>
      <w:r/>
      <w:r>
        <w:t>Bellevue residents can look forward to an innovative edge in their local telecom infrastructure as NVIDIA and its partners aim to revolutionise their experience with AI-driven advancements, all while enjoying a multitude of diverse and engaging local events.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