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Reviving a classic: Namco’s Time Crisis set for modern revival with G'AIM'E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Reviving a Classic: Namco’s Time Crisis Set for Modern Revival with G'AIM'E</w:t>
      </w:r>
      <w:r/>
    </w:p>
    <w:p>
      <w:r/>
      <w:r>
        <w:rPr>
          <w:b/>
        </w:rPr>
        <w:t>Tokyo, Japan</w:t>
      </w:r>
      <w:r>
        <w:t xml:space="preserve"> – In a groundbreaking announcement that is sure to resonate with fans of classic arcade games, Dashine Electronics has revealed an innovative solution to bring the iconic Namco Time Crisis into the modern era. The company has developed a new device, G'AIM'E, which allows the beloved arcade shooter to be played on contemporary flatscreen televisions, leveraging an "AI-powered" light gun.</w:t>
      </w:r>
      <w:r/>
    </w:p>
    <w:p>
      <w:r/>
      <w:r>
        <w:t>Since its debut, Time Crisis has held a special place in the hearts of gamers, renowned for its engaging gameplay and the distinctive use of a light gun controller. Traditionally, the game has relied on the PlayStation 1's G-Con controller, which was compatible only with older CRT television sets. This limitation has rendered the home version of the game largely inaccessible to players who have modern LCD or LED screens, leaving many nostalgic fans searching for feasible workarounds.</w:t>
      </w:r>
      <w:r/>
    </w:p>
    <w:p>
      <w:r/>
      <w:r>
        <w:t>Thanks to the innovative technologies being implemented by Dashine Electronics, these frustrations may soon be a thing of the past. G'AIM'E is being touted as a plug-and-play device pre-loaded with Time Crisis, designed specifically for contemporary displays. The revolutionary element of this system lies in its "AI-powered" light gun, which purportedly does not require any screen size or distance adjustments. The gun’s AI technology seamlessly adapts to various display conditions, ensuring a smooth gaming experience across different modern LCD monitors.</w:t>
      </w:r>
      <w:r/>
    </w:p>
    <w:p>
      <w:r/>
      <w:r>
        <w:t>The formal unveiling of G'AIM'E is scheduled to take place at the renowned Tokyo Game Show (TGS) 2024, where Dashine Electronics will demonstrate the capabilities of this new device to a global audience of gaming enthusiasts and industry insiders.</w:t>
      </w:r>
      <w:r/>
    </w:p>
    <w:p>
      <w:r/>
      <w:r>
        <w:t>Information sourced from Game Watch highlights that the G'AIM'E will be available in different packages to cater to varying customer preferences and budgets. The base edition, priced at $89.99, includes the main unit and the gun controller. For those seeking an enhanced experience, the deluxe edition, costing $119.99, offers a pedal controller along with additional bonus items, providing an authentic arcade-like experience.</w:t>
      </w:r>
      <w:r/>
    </w:p>
    <w:p>
      <w:r/>
      <w:r>
        <w:t>Although a firm release date for G'AIM'E has not yet been announced, the anticipation surrounding its introduction is palpable. The promise of making Time Crisis accessible for play on modern televisions has generated considerable buzz within the gaming community.</w:t>
      </w:r>
      <w:r/>
    </w:p>
    <w:p>
      <w:r/>
      <w:r>
        <w:t>As fans eagerly await further details, the unveiling of G'AIM'E at TGS 2024 is set to be a highly anticipated event, potentially marking a significant milestone in the revival of classic arcade gaming for contemporary platforms.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