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Revolutionary WIZPR RING transforms interaction with AI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Revolutionary WIZPR RING Transforms Interaction with AI Tools</w:t>
      </w:r>
      <w:r/>
    </w:p>
    <w:p>
      <w:r/>
      <w:r>
        <w:t>In an era where technology continues to meld seamlessly into daily life, the newly introduced WIZPR RING promises to redefine the way users interact with artificial intelligence (AI). This cutting-edge, AI-powered wearable has been designed to deliver unprecedented convenience and efficiency, all while fitting comfortably on a finger.</w:t>
      </w:r>
      <w:r/>
    </w:p>
    <w:p>
      <w:r/>
      <w:r>
        <w:rPr>
          <w:b/>
        </w:rPr>
        <w:t>Whisper-Quiet AI Commands</w:t>
      </w:r>
      <w:r/>
    </w:p>
    <w:p>
      <w:r/>
      <w:r>
        <w:t>A standout feature of the WIZPR RING is its ability to facilitate whisper-quiet AI commands. Users can now interact with popular AI tools such as ChatGPT and Gemini merely by whispering. The ring’s highly sensitive microphone can pick up even the faintest of whispers, making it an ideal gadget for maintaining privacy, especially in public spaces.</w:t>
      </w:r>
      <w:r/>
    </w:p>
    <w:p>
      <w:r/>
      <w:r>
        <w:rPr>
          <w:b/>
        </w:rPr>
        <w:t>Instant Interaction Without Wake Words</w:t>
      </w:r>
      <w:r/>
    </w:p>
    <w:p>
      <w:r/>
      <w:r>
        <w:t>Traditional AI interfaces often require wake words or repeated prompts to become active, a hurdle the WIZPR RING has successfully eliminated. This ring responds instantaneously, allowing users to ask questions or issue commands without preliminary wake words. This feature significantly reduces delay, making AI interaction swifter and more intuitive.</w:t>
      </w:r>
      <w:r/>
    </w:p>
    <w:p>
      <w:r/>
      <w:r>
        <w:rPr>
          <w:b/>
        </w:rPr>
        <w:t>Seamless App Integration</w:t>
      </w:r>
      <w:r/>
    </w:p>
    <w:p>
      <w:r/>
      <w:r>
        <w:t>The WIZPR RING is complemented by the WIZPR App, which offers extensive integration with widely-used platforms including Google, YouTube, Notes, and various social media channels. With this integration, users can type, search, and chat with AI entities directly from the apps they are most familiar with. This ensures that users do not need to adapt to new software environments, maintaining their productivity and comfort.</w:t>
      </w:r>
      <w:r/>
    </w:p>
    <w:p>
      <w:r/>
      <w:r>
        <w:rPr>
          <w:b/>
        </w:rPr>
        <w:t>Smart Home Control</w:t>
      </w:r>
      <w:r/>
    </w:p>
    <w:p>
      <w:r/>
      <w:r>
        <w:t>In addition to its communication capabilities, the WIZPR RING excels in smart home management. It provides easy control over Matter-enabled devices, encompassing ecosystems such as Apple HomeKit and Amazon Alexa. This positions the ring not just as a personal assistant but also as a centralised controller for home automation. Users can modify their home environment—from adjusting lighting to altering room temperatures—with simple verbal commands.</w:t>
      </w:r>
      <w:r/>
    </w:p>
    <w:p>
      <w:r/>
      <w:r>
        <w:rPr>
          <w:b/>
        </w:rPr>
        <w:t>A 24/7 Personal Assistant</w:t>
      </w:r>
      <w:r/>
    </w:p>
    <w:p>
      <w:r/>
      <w:r>
        <w:t>Whether it's providing answers to urgent queries, sharing a humorous anecdote, or assisting in daily planning, the WIZPR RING sets itself apart as a 24/7 personal assistant. This functionality promises to ease daily routines and enhance the user's ability to manage their time and activities efficiently.</w:t>
      </w:r>
      <w:r/>
    </w:p>
    <w:p>
      <w:r/>
      <w:r>
        <w:t>The introduction of the WIZPR RING marks a significant milestone in the evolution of wearable technology, presenting a blend of AI convenience and user autonomy. This innovative device signals a future where interaction with digital assistants becomes more natural and integrated into daily life.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