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video quality: The rise of frame interpolation and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Video Quality: The Rise of Frame Interpolation and AI Tools</w:t>
      </w:r>
      <w:r/>
    </w:p>
    <w:p>
      <w:r/>
      <w:r>
        <w:t>In recent years, frame interpolation has emerged as a cutting-edge technique that significantly enhances video quality. This advanced method involves the insertion of new frames between existing ones, resulting in smoother and more fluid motion in videos. As the technology gains traction, it is being widely adopted across various domains, including filmmaking and gaming.</w:t>
      </w:r>
      <w:r/>
    </w:p>
    <w:p>
      <w:r/>
      <w:r>
        <w:t>Frame interpolation's core advantage is its ability to boost the visual appeal of videos, creating an experience that feels more engaging and realistic. By increasing the frame rate and reducing motion blur, this technology provides a significant upgrade to traditional video content. The applications are broad and impactful, including stunning slow-motion effects in films and improved motion clarity in video games.</w:t>
      </w:r>
      <w:r/>
    </w:p>
    <w:p>
      <w:r/>
      <w:r>
        <w:t>One of the key factors driving the widespread use of frame interpolation is the advent of AI-powered tools. These innovative solutions make it easier than ever for content creators and video enthusiasts to apply frame interpolation techniques to their work. Leveraging sophisticated algorithms, these AI tools analyse the original video frames and generate new intermediary frames, thereby improving the overall quality and smoothness.</w:t>
      </w:r>
      <w:r/>
    </w:p>
    <w:p>
      <w:r/>
      <w:r>
        <w:t>Here, we delve into the concept of frame interpolation before presenting seven leading AI tools that promise optimal results for those looking to elevate their video content.</w:t>
      </w:r>
      <w:r/>
    </w:p>
    <w:p>
      <w:r/>
      <w:r>
        <w:rPr>
          <w:b/>
        </w:rPr>
        <w:t>Understanding Frame Interpolation</w:t>
      </w:r>
      <w:r/>
    </w:p>
    <w:p>
      <w:r/>
      <w:r>
        <w:t>Frame interpolation works by calculating the motion paths of objects between existing frames in a video and creating new frames to fill the gaps. This process, known as motion estimation and compensation, detects the trajectory, speed, and direction of objects and applies this data to interpolate new frames. The end result is a higher frame rate, which provides a more fluid motion experience.</w:t>
      </w:r>
      <w:r/>
    </w:p>
    <w:p>
      <w:r/>
      <w:r>
        <w:t>In filmmaking, this technique can be used to create slow-motion sequences that are both intricate and visually stunning. For the gaming industry, frame interpolation helps in rendering smoother actions and sequences, significantly enhancing the immersive experience for players.</w:t>
      </w:r>
      <w:r/>
    </w:p>
    <w:p>
      <w:r/>
      <w:r>
        <w:rPr>
          <w:b/>
        </w:rPr>
        <w:t>Top AI Tools for Frame Interpolation</w:t>
      </w:r>
      <w:r/>
    </w:p>
    <w:p>
      <w:r/>
      <w:r>
        <w:t>Several AI-driven tools have emerged as leaders in the field of frame interpolation. Each offers distinct features tailored to different aspects of video enhancement:</w:t>
      </w:r>
      <w:r/>
    </w:p>
    <w:p>
      <w:r/>
      <w:r>
        <w:t xml:space="preserve">1. </w:t>
      </w:r>
      <w:r>
        <w:rPr>
          <w:b/>
        </w:rPr>
        <w:t>Dain-App</w:t>
      </w:r>
      <w:r>
        <w:t>: Leveraging deep learning models, Dain-App provides high-quality frame interpolation, allowing users to achieve professional-grade slow-motion effects. It's particularly popular among indie filmmakers for its ease of use and efficient processing capabilities.</w:t>
      </w:r>
      <w:r/>
    </w:p>
    <w:p>
      <w:r/>
      <w:r>
        <w:t xml:space="preserve">2. </w:t>
      </w:r>
      <w:r>
        <w:rPr>
          <w:b/>
        </w:rPr>
        <w:t>Flowframes</w:t>
      </w:r>
      <w:r>
        <w:t>: Known for its user-friendly interface, Flowframes delivers excellent results with minimal input. It uses advanced algorithms to ensure smooth and realistic interpolated frames, making it ideal for both beginners and professionals.</w:t>
      </w:r>
      <w:r/>
    </w:p>
    <w:p>
      <w:r/>
      <w:r>
        <w:t xml:space="preserve">3. </w:t>
      </w:r>
      <w:r>
        <w:rPr>
          <w:b/>
        </w:rPr>
        <w:t>RIFE (Real-Time Intermediate Flow Estimation)</w:t>
      </w:r>
      <w:r>
        <w:t>: Targeted at users who need quick results, RIFE offers real-time frame interpolation. It employs cutting-edge machine learning techniques to predict intermediate frames rapidly, which is crucial for time-sensitive projects.</w:t>
      </w:r>
      <w:r/>
    </w:p>
    <w:p>
      <w:r/>
      <w:r>
        <w:t xml:space="preserve">4. </w:t>
      </w:r>
      <w:r>
        <w:rPr>
          <w:b/>
        </w:rPr>
        <w:t>Adobe Premiere Pro</w:t>
      </w:r>
      <w:r>
        <w:t>: A staple in video editing, Adobe Premiere Pro includes robust frame interpolation features. The software integrates AI to enhance frame blending and motion estimation, providing a comprehensive toolset for video editors.</w:t>
      </w:r>
      <w:r/>
    </w:p>
    <w:p>
      <w:r/>
      <w:r>
        <w:t xml:space="preserve">5. </w:t>
      </w:r>
      <w:r>
        <w:rPr>
          <w:b/>
        </w:rPr>
        <w:t>Blender</w:t>
      </w:r>
      <w:r>
        <w:t>: Blender’s open-source status and powerful capabilities make it a versatile option for frame interpolation. Its community-driven development ensures regular updates that keep the tool on par with industry standards.</w:t>
      </w:r>
      <w:r/>
    </w:p>
    <w:p>
      <w:r/>
      <w:r>
        <w:t xml:space="preserve">6. </w:t>
      </w:r>
      <w:r>
        <w:rPr>
          <w:b/>
        </w:rPr>
        <w:t>Twixtor</w:t>
      </w:r>
      <w:r>
        <w:t>: Frequently used in professional video production, Twixtor is renowned for its high-quality slow-motion effects. The plugin for popular editing software like After Effects uses patented technology to achieve precise frame interpolation.</w:t>
      </w:r>
      <w:r/>
    </w:p>
    <w:p>
      <w:r/>
      <w:r>
        <w:t xml:space="preserve">7. </w:t>
      </w:r>
      <w:r>
        <w:rPr>
          <w:b/>
        </w:rPr>
        <w:t>SVP (SmoothVideo Project)</w:t>
      </w:r>
      <w:r>
        <w:t>: Designed for video playback, SVP improves the viewing experience by dynamically increasing frame rates. This tool is especially favoured by gamers and video enthusiasts looking for a smoother visual performance.</w:t>
      </w:r>
      <w:r/>
    </w:p>
    <w:p>
      <w:r/>
      <w:r>
        <w:t>Frame interpolation and the accompanying AI-powered tools represent a significant leap forward in video technology, offering unprecedented enhancements in video quality. These tools not only facilitate the creation of seamless and fluid video experiences but also democratise high-quality video production, making it accessible to a broader range of users. By leveraging these technologies, content creators and gamers alike can achieve remarkable results, showcasing the true potential of modern video enhancement techniques.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