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Spotify expands AI-powered playlist tool to new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Spotify Expands AI-Powered Playlist Tool to New Markets</w:t>
      </w:r>
      <w:r/>
    </w:p>
    <w:p>
      <w:r/>
      <w:r>
        <w:rPr>
          <w:b/>
        </w:rPr>
        <w:t>New York, October 10, 2023</w:t>
      </w:r>
      <w:r>
        <w:t xml:space="preserve"> - Spotify, the renowned Swedish streaming service, announced on Tuesday that it is expanding its innovative AI-powered playlist creation tool to additional markets, including major regions such as the United States and Canada. Initially launched in the United Kingdom and Australia in April, the AI Playlist feature is now also set to debut in Ireland and New Zealand.</w:t>
      </w:r>
      <w:r/>
    </w:p>
    <w:p>
      <w:pPr>
        <w:pStyle w:val="Heading3"/>
      </w:pPr>
      <w:r>
        <w:t>Enhancing Personalisation with AI Technology</w:t>
      </w:r>
      <w:r/>
    </w:p>
    <w:p>
      <w:r/>
      <w:r>
        <w:t>The AI Playlist tool, still in its beta phase, utilizes generative artificial intelligence to help premium subscribers personalize their music collections. Users can refine their playlists by providing additional text prompts, allowing for a more tailored listening experience. However, it’s important to note that the feature will not respond to non-musical prompts such as those related to current events or specific brands.</w:t>
      </w:r>
      <w:r/>
    </w:p>
    <w:p>
      <w:pPr>
        <w:pStyle w:val="Heading3"/>
      </w:pPr>
      <w:r>
        <w:t>Competitive Edge in a Growing Market</w:t>
      </w:r>
      <w:r/>
    </w:p>
    <w:p>
      <w:r/>
      <w:r>
        <w:t>Spotify's move to expand its AI-driven functionalities comes amidst increasing competition from rival services such as Apple Music and Amazon Music. By integrating advanced AI capabilities, Spotify aims to attract new subscribers and maintain its stronghold in the streaming market. This technology is part of a broader strategy to enhance user engagement and personalization.</w:t>
      </w:r>
      <w:r/>
    </w:p>
    <w:p>
      <w:pPr>
        <w:pStyle w:val="Heading3"/>
      </w:pPr>
      <w:r>
        <w:t>Complementary Tools for Enhanced User Experience</w:t>
      </w:r>
      <w:r/>
    </w:p>
    <w:p>
      <w:r/>
      <w:r>
        <w:t>In addition to the AI Playlist, Spotify offers several other AI-driven tools designed to optimize user experience. These include the 'daylist', a personalized playlist that updates daily with new music recommendations, and the 'AI DJ', which curates music suggestions based on individual listening habits.</w:t>
      </w:r>
      <w:r/>
    </w:p>
    <w:p>
      <w:pPr>
        <w:pStyle w:val="Heading3"/>
      </w:pPr>
      <w:r>
        <w:t>Subscriber Growth</w:t>
      </w:r>
      <w:r/>
    </w:p>
    <w:p>
      <w:r/>
      <w:r>
        <w:t>The company's focus on AI and user experience appears to be paying off. Spotify reported a notable increase in its paying subscriber base, which rose approximately 12% year-on-year to reach 246 million in the second quarter of the year. This growth underscores the effectiveness of Spotify’s strategic initiatives to enhance its service offerings and attract more subscribers.</w:t>
      </w:r>
      <w:r/>
    </w:p>
    <w:p>
      <w:pPr>
        <w:pStyle w:val="Heading3"/>
      </w:pPr>
      <w:r>
        <w:t>Future Prospects</w:t>
      </w:r>
      <w:r/>
    </w:p>
    <w:p>
      <w:r/>
      <w:r>
        <w:t>As Spotify continues to develop and expand its AI capabilities, it is likely to introduce further innovations aimed at making the music streaming experience more intuitive and personalized. The ongoing beta phase of the AI Playlist tool will provide valuable user feedback, allowing the company to fine-tune its features before a full-scale launch.</w:t>
      </w:r>
      <w:r/>
    </w:p>
    <w:p>
      <w:pPr>
        <w:pStyle w:val="Heading3"/>
      </w:pPr>
      <w:r>
        <w:t>Conclusion</w:t>
      </w:r>
      <w:r/>
    </w:p>
    <w:p>
      <w:r/>
      <w:r>
        <w:t>Spotify's expansion of the AI Playlist tool marks a significant step in its effort to leverage artificial intelligence for enhanced personalization in music streaming. By broadening the availability of this feature to major new markets, Spotify is poised to reinforce its position as a leader in the competitive streaming industry. These developments reflect Spotify’s commitment to continuous improvement and innovation, aiming to meet the evolving needs and preferences of its global user base.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