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Veritone and Midwest Public Safety partner to enhance AI solutions for law enforcement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Veritone and Midwest Public Safety Partner to Enhance AI Solutions for Law Enforcement</w:t>
      </w:r>
      <w:r/>
    </w:p>
    <w:p>
      <w:r/>
      <w:r>
        <w:rPr>
          <w:b/>
        </w:rPr>
        <w:t>DENVER – October 2023</w:t>
      </w:r>
      <w:r>
        <w:t xml:space="preserve"> – Veritone, Inc. (NASDAQ: VERI), a prominent developer of human-centered enterprise AI solutions, has announced a strategic partnership with Midwest Public Safety, a leading provider of public safety technology solutions. This collaboration is set to offer Midwest Public Safety’s extensive clientele across the Midwest region comprehensive AI-powered applications aimed at law enforcement and judicial agencies. The initiative is poised to streamline and automate traditionally manual workflows, expedite investigations, and enhance both public safety and transparency.</w:t>
      </w:r>
      <w:r/>
    </w:p>
    <w:p>
      <w:r/>
      <w:r>
        <w:rPr>
          <w:b/>
        </w:rPr>
        <w:t>Key Offerings: Veritone Investigate and Veritone Redact</w:t>
      </w:r>
      <w:r/>
    </w:p>
    <w:p>
      <w:r/>
      <w:r>
        <w:t>Central to this collaboration are two of Veritone's flagship Public Sector products—Veritone Investigate and Veritone Redact. These products form an integral part of the iDEMS (intelligent Digital Evidence Management System) solution that Midwest Public Safety will offer to its clients. By leveraging Veritone's iDEMS, agencies will be able to consolidate their digital evidence management processes, storing, managing, organising, analysing, and sharing evidence from a singular, centralised hub.</w:t>
      </w:r>
      <w:r/>
    </w:p>
    <w:p>
      <w:r/>
      <w:r>
        <w:rPr>
          <w:b/>
        </w:rPr>
        <w:t>Advanced AI Capabilities</w:t>
      </w:r>
      <w:r/>
    </w:p>
    <w:p>
      <w:r/>
      <w:r>
        <w:t>Veritone Investigate is a state-of-the-art digital evidence management system, empowered by advanced AI technologies. It enhances the efficiency and speed of investigations by utilising various AI functionalities like transcription, object detection, facial recognition, and optical character recognition (OCR). Meanwhile, Veritone Redact provides a top-tier audio and video redaction software tool, facilitating public records requests and ensuring compliance with privacy regulations.</w:t>
      </w:r>
      <w:r/>
    </w:p>
    <w:p>
      <w:r/>
      <w:r>
        <w:rPr>
          <w:b/>
        </w:rPr>
        <w:t>Leadership Insights</w:t>
      </w:r>
      <w:r/>
    </w:p>
    <w:p>
      <w:r/>
      <w:r>
        <w:t>Jeff Oost, Vice President of Sales and Marketing at Midwest Public Safety, expressed optimism about the partnership. "We are thrilled to partner with Veritone and bring their innovative AI solutions to our clients," Oost stated. "Given the increasing volume of digital evidence that public safety agencies manage, having an effective and compliant solution is vital. Veritone’s iDEMS and Redact solutions provide precisely that, and we are excited to offer these powerful tools to our customers."</w:t>
      </w:r>
      <w:r/>
    </w:p>
    <w:p>
      <w:r/>
      <w:r>
        <w:t>Jon Gacek, General Manager of the Public Sector at Veritone, mirrored this enthusiasm. "We are excited to partner with Midwest Public Safety to expand the reach of our industry-leading technology across the Midwest," Gacek commented. "This collaboration underscores our commitment to providing law enforcement agencies with cutting-edge AI-driven tools that streamline digital evidence management and protect privacy. By working with Midwest Public Safety, we are able to support agencies in their mission to serve and protect their communities more effectively and efficiently."</w:t>
      </w:r>
      <w:r/>
    </w:p>
    <w:p>
      <w:r/>
      <w:r>
        <w:rPr>
          <w:b/>
        </w:rPr>
        <w:t>Expanded Product Line-Up</w:t>
      </w:r>
      <w:r/>
    </w:p>
    <w:p>
      <w:r/>
      <w:r>
        <w:t>Midwest Public Safety is known for delivering top-tier public safety products, including Getac Rugged Computer and Mobile Video Solutions, Dragoneye Lidar, Decatur Traffic Radar, Printek Mobile Printer, and NightRide Thermal Cameras. Now, with the inclusion of Veritone’s comprehensive suite of Public Safety solutions—including Veritone Investigate, Veritone Redact, Veritone Illuminate, Veritone Track, Veritone IDentify, and Veritone Contact—the company is set to provide an even broader array of essential tools to its clients.</w:t>
      </w:r>
      <w:r/>
    </w:p>
    <w:p>
      <w:r/>
      <w:r>
        <w:rPr>
          <w:b/>
        </w:rPr>
        <w:t>About Veritone</w:t>
      </w:r>
      <w:r/>
    </w:p>
    <w:p>
      <w:r/>
      <w:r>
        <w:t>Veritone (NASDAQ: VERI) specialises in building human-centered enterprise AI solutions. Its services span multiple industries, including media, entertainment, the public sector, and talent acquisition. Veritone’s software and services enable prominent global brands to operate more efficiently, make faster decisions, and increase profitability. The company’s leading enterprise AI platform, aiWARE™, integrates an ever-growing ecosystem of machine learning models, transforming various data sources into actionable intelligence. By combining human expertise with AI technology, Veritone aims to enhance human potential and help organisations address complex challenges and achieve unprecedented success.</w:t>
      </w:r>
      <w:r/>
    </w:p>
    <w:p>
      <w:r/>
      <w:r>
        <w:rPr>
          <w:b/>
        </w:rPr>
        <w:t>For More Information</w:t>
      </w:r>
      <w:r/>
    </w:p>
    <w:p>
      <w:r/>
      <w:r>
        <w:t>For further details on Veritone’s public sector solutions, visit Veritone's official website.</w:t>
      </w:r>
      <w:r/>
    </w:p>
    <w:p>
      <w:pPr>
        <w:pBdr>
          <w:bottom w:val="single" w:sz="6" w:space="1" w:color="auto"/>
        </w:pBdr>
      </w:pPr>
      <w:r/>
    </w:p>
    <w:p>
      <w:r/>
      <w:r>
        <w:t>This article aims to provide readers with comprehensive information on the new partnership between Veritone and Midwest Public Safety, outlining the key offerings and benefits of the collaboration, along with insights from both companies' leadership.</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