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Viral AI-generated GTA 6 trailer sparks debate among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Viral AI-Generated GTA 6 Trailer Sparks Debate Among Fans</w:t>
      </w:r>
      <w:r/>
    </w:p>
    <w:p>
      <w:r/>
      <w:r>
        <w:t>A recently circulated fan-made remake of the highly anticipated "GTA 6" trailer has ignited a contentious debate on social media regarding the use of artificial intelligence in video game development. The original trailer for "GTA 6" is set to aid the launch of the game in autumn 2025, and while fans wait, creative efforts from the community have surfaced, ranging from real-life enactments to imaginative animations featuring characters from previous GTA titles.</w:t>
      </w:r>
      <w:r/>
    </w:p>
    <w:p>
      <w:r/>
      <w:r>
        <w:t>The latest iteration, however, has drawn mixed reactions due to its noticeable use of AI. This particular remake, posted on Reddit by user u/Vektast, offers a side-by-side comparison with the original trailer. It showcases distinct scenes such as the opening with Lucia in prison, alongside another where characters walk down an aisle in a shop and a bustling street scene on Ocean Drive. The AI-generated visuals, characterised by oversaturated colours and a somewhat surreal appearance, have left fans divided.</w:t>
      </w:r>
      <w:r/>
    </w:p>
    <w:p>
      <w:r/>
      <w:r>
        <w:t xml:space="preserve">On one hand, some commenters appreciated the technical achievement of the AI process. Reddit user ‘Chocolate Jesus’ optimistically stated, “This is just the beginning. In one year or two we will be able to have these visuals generated in real-time, at 60fps or more. Meaning we will be able to play GTA 5 and 6 with real-life graphics.” </w:t>
      </w:r>
      <w:r/>
    </w:p>
    <w:p>
      <w:r/>
      <w:r>
        <w:t>Conversely, others criticised the aesthetic quality and questioned the practicality of AI in producing game content that matches the intricacy of human designers. User ‘Nintenzo 64’ expressed disdain by saying, “You can keep the AI slop. Rockstar’s artists will be giving us a once in a lifetime experience that AI will never be able to touch, no matter how advanced the algorithm.” Another user, ‘Pistonenvy’, added, “Someone ran game footage through an AI programme, that’s literally all this is, and it looks like s*** lol. The actual game being run on proper equipment will look infinitely better than this.”</w:t>
      </w:r>
      <w:r/>
    </w:p>
    <w:p>
      <w:r/>
      <w:r>
        <w:t>The discourse also extended beyond the specifics of the trailer, prompting larger discussions about AI's future role in gaming. While AI has demonstrated potential, such as Google's recreation of the classic shooter "Doom", which ran at 20fps, these advancements underscore the existing limitations and the experimental phase that AI currently inhabits within game development.</w:t>
      </w:r>
      <w:r/>
    </w:p>
    <w:p>
      <w:r/>
      <w:r>
        <w:t>Rockstar Games has not officially commented on this AI-driven trailer or detailed their stance on integrating AI in "GTA 6". Nevertheless, the authentic trailer reaffirmed by Rockstar showcases in-game footage, maintaining a qualitative edge over the AI recreation.</w:t>
      </w:r>
      <w:r/>
    </w:p>
    <w:p>
      <w:r/>
      <w:r>
        <w:t>The dialogue surrounding this AI-generated trailer demonstrates the ongoing curiosity and enthusiasm within the gaming community, as well as cautious optimism about the future of AI in creating immersive gaming experiences. Fans of the series await further updates from Rockstar, eager to see if and how AI might influence future game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