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Viral 'Goodbye Meta AI' post misleading, fails to protect data privacy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Viral "Goodbye Meta AI" Post Misleading, Fails to Protect Data Privacy</w:t>
      </w:r>
      <w:r/>
    </w:p>
    <w:p>
      <w:r/>
      <w:r>
        <w:rPr>
          <w:b/>
        </w:rPr>
        <w:t>London, UK</w:t>
      </w:r>
      <w:r>
        <w:t xml:space="preserve"> - A social media trend involving the "Goodbye Meta AI" post has been circulating widely on Instagram Stories, misleading users into believing that posting a certain statement can protect their data privacy from Meta's artificial intelligence systems. The post, a black text box on an orange background, begins with "Goodbye Meta AI" and continues to assert—with vague reference to legal advice—that Meta lacks permission to use the poster's personal data, profile information, or photos.</w:t>
      </w:r>
      <w:r/>
    </w:p>
    <w:p>
      <w:r/>
      <w:r>
        <w:t>In reality, sharing this post has no legal standing and offers no protection. Insiders report that the post may even be labelled as "false information" on Instagram if users attempt to view it, reflecting a broader trend of easily debunked hoaxes on social media platforms.</w:t>
      </w:r>
      <w:r/>
    </w:p>
    <w:p>
      <w:pPr>
        <w:pStyle w:val="Heading3"/>
      </w:pPr>
      <w:r>
        <w:t>Historical Context of Social Media Hoaxes</w:t>
      </w:r>
      <w:r/>
    </w:p>
    <w:p>
      <w:r/>
      <w:r>
        <w:t>This recent incident joins a long lineage of misleading social media posts reminiscent of internet chain emails. Known in online vernacular as "copypasta," these hoaxes involve blocks of text copied and pasted repeatedly by different users, often claiming dire consequences or misstated legal benefits. More than a decade ago, a similar "copyright hoax" spread across Facebook, claiming to protect users’ content through a public declaration. Neither the previous nor the current iterations carry any legal weight.</w:t>
      </w:r>
      <w:r/>
    </w:p>
    <w:p>
      <w:pPr>
        <w:pStyle w:val="Heading3"/>
      </w:pPr>
      <w:r>
        <w:t>What Meta Says</w:t>
      </w:r>
      <w:r/>
    </w:p>
    <w:p>
      <w:r/>
      <w:r>
        <w:t>Emil Vazquez, a spokesperson for Meta, clarified via email that no such user-posted declaration could influence the company’s data use policies. "While we don’t currently have an opt-out feature, we’ve built in-platform tools that allow people to delete their personal information from chats with Meta AI across our apps," Vazquez explained. Although European users are afforded some rights under the General Data Protection Regulation (GDPR) to object to the use of their personal data, the effectiveness of such objections remains questioned.</w:t>
      </w:r>
      <w:r/>
    </w:p>
    <w:p>
      <w:pPr>
        <w:pStyle w:val="Heading3"/>
      </w:pPr>
      <w:r>
        <w:t>GDPR and Data Privacy</w:t>
      </w:r>
      <w:r/>
    </w:p>
    <w:p>
      <w:r/>
      <w:r>
        <w:t>The GDPR, a comprehensive data protection regulation implemented by the European Union, offers mechanisms for individuals to control how organisations collect, store, and manage personal data. For users keen to enforce these rights, Instagram provides a short form on its website, which requires personal details and reasons for opting out. However, these measures, as experts caution, are limited in their efficacy in the fight against data scraping by AI models.</w:t>
      </w:r>
      <w:r/>
    </w:p>
    <w:p>
      <w:pPr>
        <w:pStyle w:val="Heading3"/>
      </w:pPr>
      <w:r>
        <w:t>Realistic Steps to Protect Your Data</w:t>
      </w:r>
      <w:r/>
    </w:p>
    <w:p>
      <w:r/>
      <w:r>
        <w:t>While posting an image on social media platforms won't help in safeguarding your data, there are other steps users can take for better privacy:</w:t>
      </w:r>
      <w:r/>
      <w:r/>
    </w:p>
    <w:p>
      <w:pPr>
        <w:pStyle w:val="ListNumber"/>
        <w:numPr>
          <w:ilvl w:val="0"/>
          <w:numId w:val="14"/>
        </w:numPr>
        <w:spacing w:line="240" w:lineRule="auto"/>
        <w:ind w:left="720"/>
      </w:pPr>
      <w:r/>
      <w:r>
        <w:rPr>
          <w:b/>
        </w:rPr>
        <w:t>Reduce Public Information</w:t>
      </w:r>
      <w:r>
        <w:t>: Limit the details available on your social media profiles.</w:t>
      </w:r>
      <w:r/>
    </w:p>
    <w:p>
      <w:pPr>
        <w:pStyle w:val="ListNumber"/>
        <w:spacing w:line="240" w:lineRule="auto"/>
        <w:ind w:left="720"/>
      </w:pPr>
      <w:r/>
      <w:r>
        <w:rPr>
          <w:b/>
        </w:rPr>
        <w:t>Delete Old Posts</w:t>
      </w:r>
      <w:r>
        <w:t>: Download and remove outdated posts to minimise data exposure.</w:t>
      </w:r>
      <w:r/>
    </w:p>
    <w:p>
      <w:pPr>
        <w:pStyle w:val="ListNumber"/>
        <w:spacing w:line="240" w:lineRule="auto"/>
        <w:ind w:left="720"/>
      </w:pPr>
      <w:r/>
      <w:r>
        <w:rPr>
          <w:b/>
        </w:rPr>
        <w:t>Utilise Opt-Out Tools</w:t>
      </w:r>
      <w:r>
        <w:t>: Some websites and apps offer the ability to opt out of aspects of their AI training practices.</w:t>
      </w:r>
      <w:r/>
      <w:r/>
    </w:p>
    <w:p>
      <w:r/>
      <w:r>
        <w:t>Ultimately, the most effective but extreme measure remains to abstain from posting online altogether.</w:t>
      </w:r>
      <w:r/>
    </w:p>
    <w:p>
      <w:pPr>
        <w:pStyle w:val="Heading3"/>
      </w:pPr>
      <w:r>
        <w:t>The Broader Issue of AI Data Scraping</w:t>
      </w:r>
      <w:r/>
    </w:p>
    <w:p>
      <w:r/>
      <w:r>
        <w:t>As generative AI technology advances, the scope of data scraping has widened, raising concerns about privacy and data ownership among social media users. Companies amass vast amounts of data, feeding AI models that learn and adapt based on this information. The increased awareness and reaction to data privacy, exemplified albeit ineffectively by the viral "Goodbye Meta AI" copypasta, underline public unease over the vast influence and reach of tech corporations.</w:t>
      </w:r>
      <w:r/>
    </w:p>
    <w:p>
      <w:r/>
      <w:r>
        <w:t>In conclusion, while sensational social media posts might capture attention, they do little to protect privacy. Users are encouraged to explore more actionable protective measures and stay informed about legitimate ways to safeguard their personal data.</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