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Xiaomi 14T series to receive Gemini Nano support in upcoming update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Xiaomi 14T Series to Receive Gemini Nano Support in Upcoming Update</w:t>
      </w:r>
      <w:r/>
    </w:p>
    <w:p>
      <w:r/>
      <w:r>
        <w:t>Xiaomi has confirmed that the recently launched Xiaomi 14T series will soon receive an update to incorporate Google's Gemini Nano feature. This development will introduce the smallest version of Google's Gemini large language model (LLM) to Xiaomi's flagship devices, expanding its availability beyond the select Pixel and Samsung phones where it is currently supported.</w:t>
      </w:r>
      <w:r/>
    </w:p>
    <w:p>
      <w:pPr>
        <w:pStyle w:val="Heading4"/>
      </w:pPr>
      <w:r>
        <w:t>Gemini Nano: Key Details</w:t>
      </w:r>
      <w:r/>
    </w:p>
    <w:p>
      <w:r/>
      <w:r>
        <w:t>Gemini Nano, a more compact and optimised variant of Google's Gemini LLM, enables complex AI functionalities to run directly on mobile devices. Given that LLMs typically require significant computational resources to operate, running them locally on mobile devices has been a challenge until now. Google's solution, Gemini Nano, addresses this by offering an optimised model that occupies nearly 1GB of storage but can execute sophisticated AI tasks without needing to connect to cloud servers.</w:t>
      </w:r>
      <w:r/>
    </w:p>
    <w:p>
      <w:r/>
      <w:r>
        <w:t>Gemini Nano will power the Magic Compose feature within the Google Messages app on the Xiaomi 14T series. Magic Compose analyses the last 20 messages in a conversation thread to generate context-aware reply suggestions. Unlike standard AI models, Gemini Nano processes these messages entirely on the device for enhanced privacy.</w:t>
      </w:r>
      <w:r/>
    </w:p>
    <w:p>
      <w:pPr>
        <w:pStyle w:val="Heading4"/>
      </w:pPr>
      <w:r>
        <w:t>Other Devices and Features</w:t>
      </w:r>
      <w:r/>
    </w:p>
    <w:p>
      <w:r/>
      <w:r>
        <w:t>Xiaomi's spokesperson revealed that the update would extend Gemini Nano support to the global version of the Xiaomi MIX Flip soon. With the integration of the Xiaomi 14T series and the Xiaomi MIX Flip, Gemini Nano will now be available on 15 top-tier Android devices. These include:</w:t>
      </w:r>
      <w:r/>
      <w:r/>
    </w:p>
    <w:p>
      <w:pPr>
        <w:pStyle w:val="ListBullet"/>
        <w:spacing w:line="240" w:lineRule="auto"/>
        <w:ind w:left="720"/>
      </w:pPr>
      <w:r/>
      <w:r>
        <w:t>Google Pixel 8a</w:t>
      </w:r>
      <w:r/>
    </w:p>
    <w:p>
      <w:pPr>
        <w:pStyle w:val="ListBullet"/>
        <w:spacing w:line="240" w:lineRule="auto"/>
        <w:ind w:left="720"/>
      </w:pPr>
      <w:r/>
      <w:r>
        <w:t>Google Pixel 8</w:t>
      </w:r>
      <w:r/>
    </w:p>
    <w:p>
      <w:pPr>
        <w:pStyle w:val="ListBullet"/>
        <w:spacing w:line="240" w:lineRule="auto"/>
        <w:ind w:left="720"/>
      </w:pPr>
      <w:r/>
      <w:r>
        <w:t>Google Pixel 8 Pro</w:t>
      </w:r>
      <w:r/>
    </w:p>
    <w:p>
      <w:pPr>
        <w:pStyle w:val="ListBullet"/>
        <w:spacing w:line="240" w:lineRule="auto"/>
        <w:ind w:left="720"/>
      </w:pPr>
      <w:r/>
      <w:r>
        <w:t>Samsung Galaxy S24 series</w:t>
      </w:r>
      <w:r/>
    </w:p>
    <w:p>
      <w:pPr>
        <w:pStyle w:val="ListBullet"/>
        <w:spacing w:line="240" w:lineRule="auto"/>
        <w:ind w:left="720"/>
      </w:pPr>
      <w:r/>
      <w:r>
        <w:t>Samsung Galaxy Z Fold 6</w:t>
      </w:r>
      <w:r/>
    </w:p>
    <w:p>
      <w:pPr>
        <w:pStyle w:val="ListBullet"/>
        <w:spacing w:line="240" w:lineRule="auto"/>
        <w:ind w:left="720"/>
      </w:pPr>
      <w:r/>
      <w:r>
        <w:t>Samsung Galaxy Z Flip 6</w:t>
      </w:r>
      <w:r/>
    </w:p>
    <w:p>
      <w:pPr>
        <w:pStyle w:val="ListBullet"/>
        <w:spacing w:line="240" w:lineRule="auto"/>
        <w:ind w:left="720"/>
      </w:pPr>
      <w:r/>
      <w:r>
        <w:t>Google Pixel 9 series</w:t>
      </w:r>
      <w:r/>
      <w:r/>
    </w:p>
    <w:p>
      <w:r/>
      <w:r>
        <w:t>Notably, while Google Pixel 9 series devices utilise the updated Gemini Nano multimodality model for advanced audio and image-related AI features, the focus on the Xiaomi 14T series will be on the Magic Compose feature initially.</w:t>
      </w:r>
      <w:r/>
    </w:p>
    <w:p>
      <w:pPr>
        <w:pStyle w:val="Heading4"/>
      </w:pPr>
      <w:r>
        <w:t>Future Possibilities</w:t>
      </w:r>
      <w:r/>
    </w:p>
    <w:p>
      <w:r/>
      <w:r>
        <w:t xml:space="preserve">This update is part of Google's broader agenda to make Gemini Nano more accessible, with plans to open up the API to third-party developers. Such a move could lead to Gemini Nano powering a wider range of AI-enabled applications, such as on-device document summaries and more. </w:t>
      </w:r>
      <w:r/>
    </w:p>
    <w:p>
      <w:r/>
      <w:r>
        <w:t xml:space="preserve">Although the addition of Gemini Nano might seem to occupy significant storage on the Xiaomi 14T series, its potential for future app integrations could justify its inclusion. </w:t>
      </w:r>
      <w:r/>
    </w:p>
    <w:p>
      <w:pPr>
        <w:pStyle w:val="Heading4"/>
      </w:pPr>
      <w:r>
        <w:t>Pixel Buds Pro 2 and Gemini AI Integration</w:t>
      </w:r>
      <w:r/>
    </w:p>
    <w:p>
      <w:r/>
      <w:r>
        <w:t>In related news, Google recently updated the Pixel Buds lineup to utilise Gemini for hands-free voice commands, replacing the previous reliance on Google Assistant. This upgrade is indicative of Google's commitment to making Gemini its primary AI assistant across its ecosystem. The Pixel Buds Pro 2, which feature Google's Tensor A1 chip, are now equipped with Gemini, offering improved active noise cancellation (ANC) and sound quality.</w:t>
      </w:r>
      <w:r/>
    </w:p>
    <w:p>
      <w:r/>
      <w:r>
        <w:t>Though Gemini shows promise as an AI assistant, it has yet to reach the functionality levels of Google Assistant, especially regarding simple commands and interaction with apps like Spotify or Google Maps. However, Google intends for Gemini to improve over time with usage and updates.</w:t>
      </w:r>
      <w:r/>
    </w:p>
    <w:p>
      <w:pPr>
        <w:pStyle w:val="Heading3"/>
      </w:pPr>
      <w:r>
        <w:t>Conclusion</w:t>
      </w:r>
      <w:r/>
    </w:p>
    <w:p>
      <w:r/>
      <w:r>
        <w:t>The forthcoming update to the Xiaomi 14T series marks an exciting expansion for Gemini Nano, bringing sophisticated AI capabilities directly to more users. Combined with Google's consistent advancements in its AI functionalities across devices, users can anticipate a more integrated and responsive experience from their technology.</w:t>
      </w:r>
      <w:r/>
    </w:p>
    <w:p>
      <w:r/>
      <w:r>
        <w:t>This update and continued AI enhancements underscore the dynamic evolution in how mobile devices interact with and assist their users, paving the way for more intuitive and privacy-focused technology solutions.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