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comprehensive overview of Google Password Manager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Password Manager: A Comprehensive Overview</w:t>
      </w:r>
      <w:r/>
    </w:p>
    <w:p>
      <w:r/>
      <w:r>
        <w:t>As technology continues to evolve, managing passwords has become an increasingly complex task. With the rise of cyber threats, individuals and businesses alike are on the lookout for reliable tools to safeguard their online credentials. Google Password Manager, a free offering for all Google users, has been designed to streamline password management tasks within the Google ecosystem. This article delves into its features, functionality, and potential drawbacks, providing readers with a detailed understanding of what Google Password Manager offers and how it compares to dedicated password management solutions.</w:t>
      </w:r>
      <w:r/>
    </w:p>
    <w:p>
      <w:r/>
      <w:r>
        <w:rPr>
          <w:b/>
        </w:rPr>
        <w:t>Features and Functionality</w:t>
      </w:r>
      <w:r/>
    </w:p>
    <w:p>
      <w:pPr>
        <w:pStyle w:val="Heading3"/>
      </w:pPr>
      <w:r>
        <w:t>Password Generation</w:t>
      </w:r>
      <w:r/>
    </w:p>
    <w:p>
      <w:r/>
      <w:r>
        <w:t>One of the key features of Google Password Manager is its ability to generate secure and random passwords. When creating a new account on a website or an app, users can click on the password text box and select the "Suggest Strong Password" option. This feature simplifies the process of creating robust passwords, thereby enhancing security.</w:t>
      </w:r>
      <w:r/>
    </w:p>
    <w:p>
      <w:pPr>
        <w:pStyle w:val="Heading3"/>
      </w:pPr>
      <w:r>
        <w:t>Password Autofill</w:t>
      </w:r>
      <w:r/>
    </w:p>
    <w:p>
      <w:r/>
      <w:r>
        <w:t>Google Password Manager also offers autofill capabilities. This feature automatically fills in saved passwords and usernames when users visit websites or open apps linked to their Google account. It prompts users to confirm the credentials or choose from multiple saved accounts, making login processes seamless and efficient.</w:t>
      </w:r>
      <w:r/>
    </w:p>
    <w:p>
      <w:pPr>
        <w:pStyle w:val="Heading3"/>
      </w:pPr>
      <w:r>
        <w:t>Password Checkups and Alerts</w:t>
      </w:r>
      <w:r/>
    </w:p>
    <w:p>
      <w:r/>
      <w:r>
        <w:t>Security is a crucial aspect of password management. Google Password Manager includes a Password Checkup tool that scans saved passwords against databases of known security breaches. It alerts users if their passwords are weak, reused, or compromised, offering recommendations for creating stronger passwords.</w:t>
      </w:r>
      <w:r/>
    </w:p>
    <w:p>
      <w:pPr>
        <w:pStyle w:val="Heading3"/>
      </w:pPr>
      <w:r>
        <w:t>Password Import and Export</w:t>
      </w:r>
      <w:r/>
    </w:p>
    <w:p>
      <w:r/>
      <w:r>
        <w:t>The tool offers import and export functionalities that support .csv file formats. Users can import up to 3,000 passwords at a time, but larger datasets need to be split into multiple files for successful import. This feature is particularly useful for users transitioning from other password managers.</w:t>
      </w:r>
      <w:r/>
    </w:p>
    <w:p>
      <w:pPr>
        <w:pStyle w:val="Heading3"/>
      </w:pPr>
      <w:r>
        <w:t>On-Device Encryption</w:t>
      </w:r>
      <w:r/>
    </w:p>
    <w:p>
      <w:r/>
      <w:r>
        <w:t>For added security, Google Password Manager provides on-device encryption. This means that passwords are encrypted on the user's device before being stored in the manager. However, users need to exercise caution, as losing the encryption key could result in losing access to their passwords.</w:t>
      </w:r>
      <w:r/>
    </w:p>
    <w:p>
      <w:r/>
      <w:r>
        <w:rPr>
          <w:b/>
        </w:rPr>
        <w:t>Usage and Accessibility</w:t>
      </w:r>
      <w:r/>
    </w:p>
    <w:p>
      <w:r/>
      <w:r>
        <w:t>Google Password Manager is integrated into Google's ecosystem, including the Chrome browser, Android OS, and Google Drive. It is also accessible on iPhone, iPad, and computers by signing into the Google account in Chrome. However, its functionality is limited to the Google Chrome browser on Android devices. For other browsers like Safari, Edge, and Firefox, users need to sign in with a passkey.</w:t>
      </w:r>
      <w:r/>
    </w:p>
    <w:p>
      <w:pPr>
        <w:pStyle w:val="Heading3"/>
      </w:pPr>
      <w:r>
        <w:t>Accessing Google Password Manager on Chrome:</w:t>
      </w:r>
      <w:r/>
      <w:r/>
    </w:p>
    <w:p>
      <w:pPr>
        <w:pStyle w:val="ListNumber"/>
        <w:numPr>
          <w:ilvl w:val="0"/>
          <w:numId w:val="14"/>
        </w:numPr>
        <w:spacing w:line="240" w:lineRule="auto"/>
        <w:ind w:left="720"/>
      </w:pPr>
      <w:r/>
      <w:r>
        <w:t>Sign in to your Google account in Chrome.</w:t>
      </w:r>
      <w:r/>
    </w:p>
    <w:p>
      <w:pPr>
        <w:pStyle w:val="ListNumber"/>
        <w:spacing w:line="240" w:lineRule="auto"/>
        <w:ind w:left="720"/>
      </w:pPr>
      <w:r/>
      <w:r>
        <w:t>Tap the three dots in the top right corner.</w:t>
      </w:r>
      <w:r/>
    </w:p>
    <w:p>
      <w:pPr>
        <w:pStyle w:val="ListNumber"/>
        <w:spacing w:line="240" w:lineRule="auto"/>
        <w:ind w:left="720"/>
      </w:pPr>
      <w:r/>
      <w:r>
        <w:t>Navigate to Settings.</w:t>
      </w:r>
      <w:r/>
    </w:p>
    <w:p>
      <w:pPr>
        <w:pStyle w:val="ListNumber"/>
        <w:spacing w:line="240" w:lineRule="auto"/>
        <w:ind w:left="720"/>
      </w:pPr>
      <w:r/>
      <w:r>
        <w:t>Click on Google Password Manager to view saved passwords, perform health checkups, and manage settings.</w:t>
      </w:r>
      <w:r/>
      <w:r/>
    </w:p>
    <w:p>
      <w:r/>
      <w:r>
        <w:rPr>
          <w:b/>
        </w:rPr>
        <w:t>Drawbacks</w:t>
      </w:r>
      <w:r/>
    </w:p>
    <w:p>
      <w:pPr>
        <w:pStyle w:val="Heading3"/>
      </w:pPr>
      <w:r>
        <w:t>Security Concerns</w:t>
      </w:r>
      <w:r/>
    </w:p>
    <w:p>
      <w:r/>
      <w:r>
        <w:t>Google Password Manager's encryption methods are not thoroughly detailed, raising concerns about data safety. Its closed-source nature means users cannot verify the security of their sensitive information independently.</w:t>
      </w:r>
      <w:r/>
    </w:p>
    <w:p>
      <w:pPr>
        <w:pStyle w:val="Heading3"/>
      </w:pPr>
      <w:r>
        <w:t>Browser Compatibility</w:t>
      </w:r>
      <w:r/>
    </w:p>
    <w:p>
      <w:r/>
      <w:r>
        <w:t>The tool works seamlessly with Google Chrome but poses challenges for users of other browsers. Signing in with a passkey is required for accessing saved passwords on Safari, Edge, and Firefox, which can be inconvenient.</w:t>
      </w:r>
      <w:r/>
    </w:p>
    <w:p>
      <w:pPr>
        <w:pStyle w:val="Heading3"/>
      </w:pPr>
      <w:r>
        <w:t>Weak Two-Factor Authentication</w:t>
      </w:r>
      <w:r/>
    </w:p>
    <w:p>
      <w:r/>
      <w:r>
        <w:t>While Google uses two-factor authentication (2FA) for account logins, accessing saved passwords does not require 2FA. This absence is a significant security concern since an attacker with access to a user's Google account could potentially access all saved passwords.</w:t>
      </w:r>
      <w:r/>
    </w:p>
    <w:p>
      <w:pPr>
        <w:pStyle w:val="Heading3"/>
      </w:pPr>
      <w:r>
        <w:t>Lack of Advanced Features</w:t>
      </w:r>
      <w:r/>
    </w:p>
    <w:p>
      <w:r/>
      <w:r>
        <w:t>Google Password Manager lacks several advanced features found in dedicated password management services like 1Password and NordPass. These include built-in 2FA, encrypted vaults, secure password sharing capabilities outside the Google ecosystem, and standalone applications.</w:t>
      </w:r>
      <w:r/>
    </w:p>
    <w:p>
      <w:r/>
      <w:r>
        <w:rPr>
          <w:b/>
        </w:rPr>
        <w:t>Community Feedback</w:t>
      </w:r>
      <w:r/>
    </w:p>
    <w:p>
      <w:r/>
      <w:r>
        <w:t>Reddit users have shown mixed reactions towards Google Password Manager. While some appreciate its basic functionalities and ease of use, concerns about security and the potential risks associated with a single point of failure persist. Alternatives like 1Password and NordPass are often suggested due to their robust security features and wider browser compatibility.</w:t>
      </w:r>
      <w:r/>
    </w:p>
    <w:p>
      <w:r/>
      <w:r>
        <w:rPr>
          <w:b/>
        </w:rPr>
        <w:t>Alternatives</w:t>
      </w:r>
      <w:r/>
    </w:p>
    <w:p>
      <w:r/>
      <w:r>
        <w:t xml:space="preserve">1. </w:t>
      </w:r>
      <w:r>
        <w:rPr>
          <w:b/>
        </w:rPr>
        <w:t>NordPass</w:t>
      </w:r>
      <w:r>
        <w:t>: Known for its stringent security measures like the xChaCha20 encryption algorithm, breach scanner, and encrypted vault. It also offers email masking and a zero-knowledge process, making it a solid alternative for users seeking advanced security features.</w:t>
      </w:r>
      <w:r/>
    </w:p>
    <w:p>
      <w:r/>
      <w:r>
        <w:t xml:space="preserve">2. </w:t>
      </w:r>
      <w:r>
        <w:rPr>
          <w:b/>
        </w:rPr>
        <w:t>1Password</w:t>
      </w:r>
      <w:r>
        <w:t>: Offers extensive cross-platform compatibility and unique features like expiring links for secure information sharing. Its ease of use across multiple browsers and devices makes it a top choice for those needing a comprehensive password manager.</w:t>
      </w:r>
      <w:r/>
    </w:p>
    <w:p>
      <w:r/>
      <w:r>
        <w:t xml:space="preserve">3. </w:t>
      </w:r>
      <w:r>
        <w:rPr>
          <w:b/>
        </w:rPr>
        <w:t>Keeper</w:t>
      </w:r>
      <w:r>
        <w:t>: Tailored for enterprise use, Keeper provides real-time data on security risks and has undergone independent security audits. It offers a high level of visibility and control over password management, making it suitable for larger organisations.</w:t>
      </w:r>
      <w:r/>
    </w:p>
    <w:p>
      <w:r/>
      <w:r>
        <w:rPr>
          <w:b/>
        </w:rPr>
        <w:t>Conclusion</w:t>
      </w:r>
      <w:r/>
    </w:p>
    <w:p>
      <w:r/>
      <w:r>
        <w:t>Google Password Manager presents a viable option for basic password management, particularly for users who operate predominantly within the Google ecosystem. However, its limitations and security concerns suggest that dedicated password managers like NordPass, 1Password, and Keeper might be better suited for those needing advanced features and heightened security. Ultimately, the choice depends on individual or organisational security needs and the specific features required to manage online credentials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