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Affordable options for AI experimentation now available on Raspberry Pi 5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Affordable Options for AI Experimentation Now Available on Raspberry Pi 5</w:t>
      </w:r>
      <w:r/>
    </w:p>
    <w:p>
      <w:r/>
      <w:r>
        <w:t>The landscape of Artificial Intelligence (AI) research and experimentation has undergone a significant transformation, becoming increasingly accessible to a wider audience. An exciting development in this arena is the ability to utilise the affordable and compact Raspberry Pi 5 for deploying AI Large Language Models (LLMs) and various machine learning applications. This is made possible by the integration of several high-performance AI acceleration modules specifically designed for the device.</w:t>
      </w:r>
      <w:r/>
    </w:p>
    <w:p>
      <w:r/>
      <w:r>
        <w:rPr>
          <w:b/>
        </w:rPr>
        <w:t>New AI Capabilities for Raspberry Pi 5</w:t>
      </w:r>
      <w:r/>
    </w:p>
    <w:p>
      <w:r/>
      <w:r>
        <w:t>One of the standout offerings is the official Raspberry Pi AI Kit which includes the Raspberry Pi M.2 HAT+ coupled with the Hailo-8L neural processing unit (NPU). This combination provides a cost-effective and power-efficient solution for integrating AI into projects. Priced at approximately $70 from Raspberry Pi and CanaKit, and $130 through Amazon, this kit offers enthusiasts a robust entry point into the world of AI.</w:t>
      </w:r>
      <w:r/>
    </w:p>
    <w:p>
      <w:r/>
      <w:r>
        <w:t>The Hailo-8L chip within this kit can deliver 13 tera-operations per second (TOPS), allowing users to experiment with several AI models despite not matching the performance of more advanced NPUs found in high-end devices. For comparison, Microsoft’s Copilot+ branded computers require NPUs capable of 40 TOPS, and the iPhone 16's NPU offers 35 TOPS.</w:t>
      </w:r>
      <w:r/>
    </w:p>
    <w:p>
      <w:r/>
      <w:r>
        <w:rPr>
          <w:b/>
        </w:rPr>
        <w:t>Flexible Solutions from Pineboards</w:t>
      </w:r>
      <w:r/>
    </w:p>
    <w:p>
      <w:r/>
      <w:r>
        <w:t>Adding to the flexibility, various solutions from Pineboards provide alternative means of integrating AI with Raspberry Pi 5, each with unique capabilities:</w:t>
      </w:r>
      <w:r/>
    </w:p>
    <w:p>
      <w:r/>
      <w:r>
        <w:t xml:space="preserve">1. </w:t>
      </w:r>
      <w:r>
        <w:rPr>
          <w:b/>
        </w:rPr>
        <w:t>Pineboards Ai Bundle (Hailo-8L):</w:t>
      </w:r>
      <w:r>
        <w:t>This package retains the 13 TOPS AI acceleration of the Hailo-8L and adds an M.2 M-key connection for NVMe storage, supporting popular sizes such as 2230, 2242, and 2280. This dual capability makes it a versatile choice for users looking to supplement AI tasks with additional NVMe storage without sacrificing performance. The Pineboards Ai Bundle is available for $100.</w:t>
      </w:r>
      <w:r/>
    </w:p>
    <w:p>
      <w:r/>
      <w:r>
        <w:t xml:space="preserve">2. </w:t>
      </w:r>
      <w:r>
        <w:rPr>
          <w:b/>
        </w:rPr>
        <w:t>Pineboards Hat AI Coral Edge TPU Bundle:</w:t>
      </w:r>
      <w:r>
        <w:t>Ideal for those who have been using the Coral Edge TPU, this bundle integrates the TPU with a second M.2 slot for an SSD module, supporting 2230 and 2242 sizes. While it offers only 4 TOPS, it meets the needs of numerous machine vision and robotics projects. This option is priced at $45.</w:t>
      </w:r>
      <w:r/>
    </w:p>
    <w:p>
      <w:r/>
      <w:r>
        <w:t xml:space="preserve">3. </w:t>
      </w:r>
      <w:r>
        <w:rPr>
          <w:b/>
        </w:rPr>
        <w:t>Pineboards Hat AI Dual Edge Coral TPU Bundle:</w:t>
      </w:r>
      <w:r>
        <w:t>By offering two Coral Edge TPUs, this HAT effectively doubles the AI processing power to 8 TOPS. Though still less powerful than the Hailo-8L, it presents a valuable solution for intermediate AI applications at $84.</w:t>
      </w:r>
      <w:r/>
    </w:p>
    <w:p>
      <w:r/>
      <w:r>
        <w:t xml:space="preserve">4. </w:t>
      </w:r>
      <w:r>
        <w:rPr>
          <w:b/>
        </w:rPr>
        <w:t>Pineboards Hat mPCIe Coral Edge TPU Bundle:</w:t>
      </w:r>
      <w:r>
        <w:t>For projects requiring cellular connectivity, this bundle includes a Coral Edge TPU with an additional nano SIM socket and optional USB 2.0 connector for Wi-Fi cards and cellular modems. This feature-packed HAT is available for $39.</w:t>
      </w:r>
      <w:r/>
    </w:p>
    <w:p>
      <w:r/>
      <w:r>
        <w:rPr>
          <w:b/>
        </w:rPr>
        <w:t>Enabling AI Ventures on a Budget</w:t>
      </w:r>
      <w:r/>
    </w:p>
    <w:p>
      <w:r/>
      <w:r>
        <w:t>These innovations collectively elevate the Raspberry Pi 5's capability to function as a compact and budget-friendly platform for AI experimentation. Although the performance may not rival advanced AI systems like ChatGPT, the offerings enable a broad range of applications, from simple machine learning projects to moderately complex AI tasks.</w:t>
      </w:r>
      <w:r/>
    </w:p>
    <w:p>
      <w:r/>
      <w:r>
        <w:t>As the AI industry continues to evolve, the availability of such cost-effective tools democratizes access, enabling a diverse group of users to explore and contribute to the field of artificial intelligence.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