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Limit demo set to debut at Steam Next Fest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Limit Demo Set to Debut at Steam Next Fest</w:t>
      </w:r>
      <w:r/>
    </w:p>
    <w:p>
      <w:r/>
      <w:r>
        <w:t>CE-Asia and Sense Games have officially announced the release of a playable demo for their upcoming post-apocalyptic sci-fi action role-playing game (ARPG), AI Limit. The demo is set to be unveiled during the Steam Next Fest, which will take place from October 14th to October 21st.</w:t>
      </w:r>
      <w:r/>
    </w:p>
    <w:p>
      <w:r/>
      <w:r>
        <w:t>In this limited-time demo, players will have the opportunity to explore "Sewer Town Southwest," the game's initial level. This level is designed to engage players for approximately two hours, challenging their abilities through various enemy, elite, and boss encounters. Throughout Sewer Town Southwest, players will be able to master spells and spell frames, as well as discover and utilise weapons and other equipment concealed within the environment.</w:t>
      </w:r>
      <w:r/>
    </w:p>
    <w:p>
      <w:r/>
      <w:r>
        <w:t>Notably, players who successfully complete the Sewer Town Southwest level in the demo will be rewarded with an exclusive, unlockable gameplay level. This bonus level not only introduces a new boss but also unveils a unique combat system distinct from that of the initial level. Players will need to employ and perfect their fighting styles to overcome this additional challenge.</w:t>
      </w:r>
      <w:r/>
    </w:p>
    <w:p>
      <w:r/>
      <w:r>
        <w:t xml:space="preserve">AI Limit is being developed for Windows PC via Steam and PlayStation 5, with a release scheduled for some time in 2024. </w:t>
      </w:r>
      <w:r/>
    </w:p>
    <w:p>
      <w:r/>
      <w:r>
        <w:t>This upcoming demo provides a glimpse into the expansive world and intricate gameplay mechanics AI Limit promises to deliver upon its full release next year.</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