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sound generators transforming audio production landscape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Sound Generators Transforming Audio Production Landscape</w:t>
      </w:r>
      <w:r/>
    </w:p>
    <w:p>
      <w:r/>
      <w:r>
        <w:t>Artificial Intelligence (AI) is making remarkable advancements in the audio production industry, introducing sophisticated AI sound generation tools that are becoming essential for creating high-quality audio content such as voiceovers, music, and sound effects. This shift is spearheaded by several leading platforms that offer unique features and capabilities, revolutionising the way audio production is approached and executed.</w:t>
      </w:r>
      <w:r/>
    </w:p>
    <w:p>
      <w:r/>
      <w:r>
        <w:rPr>
          <w:b/>
        </w:rPr>
        <w:t>Leading AI Sound Generators</w:t>
      </w:r>
      <w:r/>
    </w:p>
    <w:p>
      <w:r/>
      <w:r>
        <w:t>Among the frontrunners in AI sound generation, a few notable platforms have emerged:</w:t>
      </w:r>
      <w:r/>
      <w:r/>
    </w:p>
    <w:p>
      <w:pPr>
        <w:pStyle w:val="ListBullet"/>
        <w:spacing w:line="240" w:lineRule="auto"/>
        <w:ind w:left="720"/>
      </w:pPr>
      <w:r/>
      <w:r>
        <w:t>ElevenLabs: Renowned for its Multilingual Text-to-Speech (TTS) and Professional Voice Cloning features, ElevenLabs enables users to fine-tune custom voice models to ensure superior audio output. With the ability to support multiple languages, this tool is essential for creating diverse and high-quality voice content.</w:t>
      </w:r>
      <w:r/>
    </w:p>
    <w:p>
      <w:pPr>
        <w:pStyle w:val="ListBullet"/>
        <w:spacing w:line="240" w:lineRule="auto"/>
        <w:ind w:left="720"/>
      </w:pPr>
      <w:r/>
      <w:r>
        <w:t>Murf AI: This platform excels in comprehensive noise reduction, making it ideal for producing clear and professional voice recordings. Its robust features make it suitable for users who need pristine audio quality in their projects.</w:t>
      </w:r>
      <w:r/>
    </w:p>
    <w:p>
      <w:pPr>
        <w:pStyle w:val="ListBullet"/>
        <w:spacing w:line="240" w:lineRule="auto"/>
        <w:ind w:left="720"/>
      </w:pPr>
      <w:r/>
      <w:r>
        <w:t>Resemble AI: Known for creating custom voice models by analysing sample voice recordings, Resemble AI empowers users to generate speech that distinctly resembles their own voice. This tool is particularly useful for personalised voice applications and broadcast-quality audio.</w:t>
      </w:r>
      <w:r/>
    </w:p>
    <w:p>
      <w:pPr>
        <w:pStyle w:val="ListBullet"/>
        <w:spacing w:line="240" w:lineRule="auto"/>
        <w:ind w:left="720"/>
      </w:pPr>
      <w:r/>
      <w:r>
        <w:t>Lovo AI: Offering a variety of voice styles and fine-tuning options, Lovo AI ensures the avoidance of robotic or synthetic tones, making it a preferred choice for professional video and music production.</w:t>
      </w:r>
      <w:r/>
      <w:r/>
    </w:p>
    <w:p>
      <w:r/>
      <w:r>
        <w:rPr>
          <w:b/>
        </w:rPr>
        <w:t>Applications of AI Sound Generators</w:t>
      </w:r>
      <w:r/>
    </w:p>
    <w:p>
      <w:r/>
      <w:r>
        <w:t>AI sound generators have versatile applications across various fields, enhancing the quality and engagement of audio content:</w:t>
      </w:r>
      <w:r/>
      <w:r/>
    </w:p>
    <w:p>
      <w:pPr>
        <w:pStyle w:val="ListBullet"/>
        <w:spacing w:line="240" w:lineRule="auto"/>
        <w:ind w:left="720"/>
      </w:pPr>
      <w:r/>
      <w:r>
        <w:t>Voiceovers: AI-generated voices are used to provide natural-sounding voiceovers for videos, advertisements, and presentations. This enhances the overall quality and can make the content more engaging and professional.</w:t>
      </w:r>
      <w:r/>
    </w:p>
    <w:p>
      <w:pPr>
        <w:pStyle w:val="ListBullet"/>
        <w:spacing w:line="240" w:lineRule="auto"/>
        <w:ind w:left="720"/>
      </w:pPr>
      <w:r/>
      <w:r>
        <w:t>Music Production: These tools assist artists and producers in creating high-quality sound effects and musical components, enabling the production of unique audio tracks that stand out.</w:t>
      </w:r>
      <w:r/>
    </w:p>
    <w:p>
      <w:pPr>
        <w:pStyle w:val="ListBullet"/>
        <w:spacing w:line="240" w:lineRule="auto"/>
        <w:ind w:left="720"/>
      </w:pPr>
      <w:r/>
      <w:r>
        <w:t>Game Development: AI sound generators are crucial in creating immersive soundscapes and realistic character voices, thereby significantly elevating the gaming experience with rich and realistic audio environments.</w:t>
      </w:r>
      <w:r/>
      <w:r/>
    </w:p>
    <w:p>
      <w:r/>
      <w:r>
        <w:rPr>
          <w:b/>
        </w:rPr>
        <w:t>Transforming the Audio Production Landscape</w:t>
      </w:r>
      <w:r/>
    </w:p>
    <w:p>
      <w:r/>
      <w:r>
        <w:t>The integration of AI sound generators in audio production is providing unprecedented flexibility and quality. These tools cater to the needs of both professional and personal projects by offering features such as multilingual support, effective noise reduction, and extensive fine-tuning options. This results in audio that meets high standards of clarity and naturalness.</w:t>
      </w:r>
      <w:r/>
    </w:p>
    <w:p>
      <w:r/>
      <w:r>
        <w:t>Furthermore, these advanced AI tools simplify the process of audio production, minimising the learning curve for users. This democratizes access to professional-grade audio production, allowing creators to concentrate on their creative vision without being constrained by technical challenges.</w:t>
      </w:r>
      <w:r/>
    </w:p>
    <w:p>
      <w:r/>
      <w:r>
        <w:rPr>
          <w:b/>
        </w:rPr>
        <w:t>Conclusion</w:t>
      </w:r>
      <w:r/>
    </w:p>
    <w:p>
      <w:r/>
      <w:r>
        <w:t>AI sound generators such as ElevenLabs, Murf AI, Resemble AI, and Lovo AI are drastically enhancing the quality and creativity of audio projects. These platforms provide flexible and high-quality options for creating voiceovers, music, and sound effects, catering to both personal and professional needs. Understanding the features and capabilities of these AI tools enables users to efficiently produce high-quality audio content, facilitating a new era in the audio production industry.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