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rumoured to enter smart display market with new HomeKit device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Rumoured to Enter Smart Display Market with New HomeKit Device</w:t>
      </w:r>
      <w:r/>
    </w:p>
    <w:p>
      <w:r/>
      <w:r>
        <w:rPr>
          <w:b/>
        </w:rPr>
        <w:t>By: Tech News Bureau</w:t>
      </w:r>
      <w:r/>
    </w:p>
    <w:p>
      <w:r/>
      <w:r>
        <w:t>In a significant move that could reshape its position in the smart home technology arena, Apple is rumoured to be developing a smart display device, potentially closing the gap between its HomeKit system and rival platforms like Amazon’s Alexa and Google Assistant. This device, codenamed HomeAccessory17,1, was recently discovered in Apple’s backend code by MacRumors, sparking widespread speculation about its features and capabilities.</w:t>
      </w:r>
      <w:r/>
    </w:p>
    <w:p>
      <w:pPr>
        <w:pStyle w:val="Heading3"/>
      </w:pPr>
      <w:r>
        <w:t>Speculated Features and Technology</w:t>
      </w:r>
      <w:r/>
    </w:p>
    <w:p>
      <w:r/>
      <w:r>
        <w:t xml:space="preserve">Though the details remain sparse, the discovery of the HomeAccessory17,1 follows the naming convention seen with Apple's HomePod, which is designated as AudioAccessory. This has led analysts to predict that the new device may indeed be a smart display, possibly featuring advanced functionalities not yet seen in its competitors. </w:t>
      </w:r>
      <w:r/>
    </w:p>
    <w:p>
      <w:r/>
      <w:r>
        <w:t>Industry experts believe that the device could be powered by Apple’s A18 chip and will likely incorporate AI-focused features. This would align with Apple’s broader strategic push to integrate OpenAI technology with Siri, aiming to enhance the device’s intelligence and user interactivity. If these speculations hold true, the new smart display could offer functionalities surpassing those of Amazon’s Alexa and potentially rivalling Google Assistant's advanced capabilities.</w:t>
      </w:r>
      <w:r/>
    </w:p>
    <w:p>
      <w:pPr>
        <w:pStyle w:val="Heading3"/>
      </w:pPr>
      <w:r>
        <w:t>Speculated Design and Integration</w:t>
      </w:r>
      <w:r/>
    </w:p>
    <w:p>
      <w:r/>
      <w:r>
        <w:t>Further insights gleaned from the code suggest that the HomeAccessory may run on a version of tvOS. This points to the possibility of the device featuring a hybrid build, perhaps merging elements of the iPad and the HomePod. Such a design might bear resemblance to the Google Pixel Tablet, but specifics regarding its appearance and layout remain speculative.</w:t>
      </w:r>
      <w:r/>
    </w:p>
    <w:p>
      <w:r/>
      <w:r>
        <w:t>Interestingly, rumours also propose that the new HomeKit device could be equipped with a camera, potentially facilitating user identification and gesture recognition. If realised, these features would mark a significant enhancement in Apple’s smart home offerings.</w:t>
      </w:r>
      <w:r/>
    </w:p>
    <w:p>
      <w:pPr>
        <w:pStyle w:val="Heading3"/>
      </w:pPr>
      <w:r>
        <w:t>Upcoming HomeKit Enhancements</w:t>
      </w:r>
      <w:r/>
    </w:p>
    <w:p>
      <w:r/>
      <w:r>
        <w:t>These speculations arrive at a time when Apple is prepping notable updates to HomeKit with the release of iOS 18. Confirmed enhancements include more robust guest controls and support for robot vacuum cleaners, reflecting Apple’s renewed focus on its smart home ecosystem.</w:t>
      </w:r>
      <w:r/>
    </w:p>
    <w:p>
      <w:r/>
      <w:r>
        <w:t>Currently, Apple’s HomeKit lags behind the more established platforms like Amazon Echo and Google Nest when it comes to smart displays. While Echo Show 15 and Nest Hub have set the bar with integrated displays that family members can interact with, Apple’s offerings have so far been limited to audio-centric hardware like the HomePod.</w:t>
      </w:r>
      <w:r/>
    </w:p>
    <w:p>
      <w:pPr>
        <w:pStyle w:val="Heading3"/>
      </w:pPr>
      <w:r>
        <w:t>Industry Impact</w:t>
      </w:r>
      <w:r/>
    </w:p>
    <w:p>
      <w:r/>
      <w:r>
        <w:t>Should these rumours materialise into a tangible product, it would mark a significant stride for Apple in the smart home market. The incorporation of AI advancements and a potential chimera design would arguably position Apple’s smart display as a competitive player in the industry. Enhanced by the anticipated HomeKit updates in iOS 18, Apple appears to be gearing up to significantly bolster its smart home presence.</w:t>
      </w:r>
      <w:r/>
    </w:p>
    <w:p>
      <w:r/>
      <w:r>
        <w:t>As anticipation builds, consumers and tech enthusiasts alike await further announcements from Apple. The company has yet to officially confirm the existence of HomeAccessory17,1 or provide a release timeline, but the ongoing leaks and rumours suggest that Apple is poised to make a substantial entrance into the smart display market.</w:t>
      </w:r>
      <w:r/>
    </w:p>
    <w:p>
      <w:r/>
      <w:r>
        <w:t>For now, the tech community remains vigilant, ready to evaluate what could be a transformative addition to Apple’s HomeKit lineup.</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