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users get an all-new AI-powered PDF experience with UPDF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Users Get an All-New AI-Powered PDF Experience with UPDF</w:t>
      </w:r>
      <w:r/>
    </w:p>
    <w:p>
      <w:r/>
      <w:r>
        <w:t>As the demand for intelligent and efficient digital tools intensifies, especially within the Apple ecosystem, the spotlight has now shifted to UPDF, a new AI-powered PDF editor designed specifically for Mac, iPhone, and iPad users. Launched as Apple gears up its venture into AI with Apple Intelligence, UPDF emerges as a robust solution for users dealing with extensive PDF documents.</w:t>
      </w:r>
      <w:r/>
    </w:p>
    <w:p>
      <w:pPr>
        <w:pStyle w:val="Heading3"/>
      </w:pPr>
      <w:r>
        <w:t>A Comprehensive Toolkit for Mac, iPhone, and iPad</w:t>
      </w:r>
      <w:r/>
    </w:p>
    <w:p>
      <w:r/>
      <w:r>
        <w:t>UPDF presents a robust suite of AI-driven features aimed at streamlining PDF editing processes across all Apple devices. This editor is not just about simple text edits; it incorporates powerful tools for annotation, conversion, and even interactive elements for enhanced workflow efficiency.</w:t>
      </w:r>
      <w:r/>
    </w:p>
    <w:p>
      <w:pPr>
        <w:pStyle w:val="Heading3"/>
      </w:pPr>
      <w:r>
        <w:t>Key Features of UPDF</w:t>
      </w:r>
      <w:r/>
    </w:p>
    <w:p>
      <w:r/>
      <w:r>
        <w:rPr>
          <w:b/>
        </w:rPr>
        <w:t>Seamless PDF Editing and Annotation:</w:t>
      </w:r>
      <w:r>
        <w:t>UPDF allows users to make precise edits to PDF text, images, and URLs. The editor is equipped with over 100 annotation stickers, responsive drawing tools, and a lifelike pencil, making it ideal for both minor refinements and detailed note-taking.</w:t>
      </w:r>
      <w:r/>
    </w:p>
    <w:p>
      <w:r/>
      <w:r>
        <w:rPr>
          <w:b/>
        </w:rPr>
        <w:t>Effortless PDF Page Management and Conversion:</w:t>
      </w:r>
      <w:r>
        <w:t>Users can easily manipulate PDF pages by dragging, cropping, adding, deleting, rotating, replacing, extracting, and splitting pages. The conversion feature maintains high-quality fidelity when transforming PDFs into other formats like Word, Excel, or PowerPoint. The Optical Character Recognition (OCR) feature further enhances functionality by converting scanned PDFs into editable texts in multiple languages.</w:t>
      </w:r>
      <w:r/>
    </w:p>
    <w:p>
      <w:r/>
      <w:r>
        <w:rPr>
          <w:b/>
        </w:rPr>
        <w:t>AI-Powered Mind Mapping:</w:t>
      </w:r>
      <w:r>
        <w:t>One of UPDF’s standout innovations is its ability to convert PDFs into mind maps via ChatGPT 4.0 technology. This is particularly useful for students handling dense materials, professionals organising research, and creatives brainstorming ideas. It provides a visual representation of content, simplifying complex information into structured insights.</w:t>
      </w:r>
      <w:r/>
    </w:p>
    <w:p>
      <w:r/>
      <w:r>
        <w:rPr>
          <w:b/>
        </w:rPr>
        <w:t>Form Filling and Signing:</w:t>
      </w:r>
      <w:r>
        <w:t>UPDF streamlines form filling and signing processes, offering form field recognition and synchronisation across multiple devices. This feature enhances efficiency for professionals managing and completing forms.</w:t>
      </w:r>
      <w:r/>
    </w:p>
    <w:p>
      <w:r/>
      <w:r>
        <w:rPr>
          <w:b/>
        </w:rPr>
        <w:t>Additional Features:</w:t>
      </w:r>
      <w:r>
        <w:t xml:space="preserve">- </w:t>
      </w:r>
      <w:r>
        <w:rPr>
          <w:b/>
        </w:rPr>
        <w:t>Compression:</w:t>
      </w:r>
      <w:r>
        <w:t xml:space="preserve"> Reduce file sizes without compromising quality. - </w:t>
      </w:r>
      <w:r>
        <w:rPr>
          <w:b/>
        </w:rPr>
        <w:t>Password Protection:</w:t>
      </w:r>
      <w:r>
        <w:t xml:space="preserve"> Secure PDFs with encryption. - </w:t>
      </w:r>
      <w:r>
        <w:rPr>
          <w:b/>
        </w:rPr>
        <w:t>Redaction:</w:t>
      </w:r>
      <w:r>
        <w:t xml:space="preserve"> Black out sensitive information. - </w:t>
      </w:r>
      <w:r>
        <w:rPr>
          <w:b/>
        </w:rPr>
        <w:t>Digital Signing:</w:t>
      </w:r>
      <w:r>
        <w:t xml:space="preserve"> Sign documents electronically. - </w:t>
      </w:r>
      <w:r>
        <w:rPr>
          <w:b/>
        </w:rPr>
        <w:t>Batch Processing:</w:t>
      </w:r>
      <w:r>
        <w:t xml:space="preserve"> Manage multiple PDFs simultaneously.</w:t>
      </w:r>
      <w:r/>
    </w:p>
    <w:p>
      <w:pPr>
        <w:pStyle w:val="Heading3"/>
      </w:pPr>
      <w:r>
        <w:t>Competitive Edge</w:t>
      </w:r>
      <w:r/>
    </w:p>
    <w:p>
      <w:r/>
      <w:r>
        <w:t>UPDF distinguishes itself by offering the same premium features available in the market but at a significantly lower cost, ensuring affordability without sacrificing quality. Here are some of its competitive advantages:</w:t>
      </w:r>
      <w:r/>
      <w:r/>
    </w:p>
    <w:p>
      <w:pPr>
        <w:pStyle w:val="ListBullet"/>
        <w:spacing w:line="240" w:lineRule="auto"/>
        <w:ind w:left="720"/>
      </w:pPr>
      <w:r/>
      <w:r>
        <w:rPr>
          <w:b/>
        </w:rPr>
        <w:t>Cost-Effective:</w:t>
      </w:r>
      <w:r>
        <w:t xml:space="preserve"> Positioned at a fraction of the cost of its competitors.</w:t>
      </w:r>
      <w:r/>
    </w:p>
    <w:p>
      <w:pPr>
        <w:pStyle w:val="ListBullet"/>
        <w:spacing w:line="240" w:lineRule="auto"/>
        <w:ind w:left="720"/>
      </w:pPr>
      <w:r/>
      <w:r>
        <w:rPr>
          <w:b/>
        </w:rPr>
        <w:t>User-Friendly Interface:</w:t>
      </w:r>
      <w:r>
        <w:t xml:space="preserve"> A clean, intuitive design that enhances user experience.</w:t>
      </w:r>
      <w:r/>
    </w:p>
    <w:p>
      <w:pPr>
        <w:pStyle w:val="ListBullet"/>
        <w:spacing w:line="240" w:lineRule="auto"/>
        <w:ind w:left="720"/>
      </w:pPr>
      <w:r/>
      <w:r>
        <w:rPr>
          <w:b/>
        </w:rPr>
        <w:t>Multi-Platform Support:</w:t>
      </w:r>
      <w:r>
        <w:t xml:space="preserve"> Single account access across Mac, iPhone, and iPad, with multi-tab support for effective multitasking.</w:t>
      </w:r>
      <w:r/>
    </w:p>
    <w:p>
      <w:pPr>
        <w:pStyle w:val="ListBullet"/>
        <w:spacing w:line="240" w:lineRule="auto"/>
        <w:ind w:left="720"/>
      </w:pPr>
      <w:r/>
      <w:r>
        <w:rPr>
          <w:b/>
        </w:rPr>
        <w:t>Massive Cloud Storage:</w:t>
      </w:r>
      <w:r>
        <w:t xml:space="preserve"> Up to 110 GB for secure, multi-device file storage.</w:t>
      </w:r>
      <w:r/>
    </w:p>
    <w:p>
      <w:pPr>
        <w:pStyle w:val="ListBullet"/>
        <w:spacing w:line="240" w:lineRule="auto"/>
        <w:ind w:left="720"/>
      </w:pPr>
      <w:r/>
      <w:r>
        <w:rPr>
          <w:b/>
        </w:rPr>
        <w:t>24/6 Customer Support:</w:t>
      </w:r>
      <w:r>
        <w:t xml:space="preserve"> Reliable assistance for any issues or queries.</w:t>
      </w:r>
      <w:r/>
    </w:p>
    <w:p>
      <w:pPr>
        <w:pStyle w:val="ListBullet"/>
        <w:spacing w:line="240" w:lineRule="auto"/>
        <w:ind w:left="720"/>
      </w:pPr>
      <w:r/>
      <w:r>
        <w:rPr>
          <w:b/>
        </w:rPr>
        <w:t>Enterprise-Ready:</w:t>
      </w:r>
      <w:r>
        <w:t xml:space="preserve"> Flexible enterprise licensing options, ideal for team usage.</w:t>
      </w:r>
      <w:r/>
    </w:p>
    <w:p>
      <w:pPr>
        <w:pStyle w:val="ListBullet"/>
        <w:spacing w:line="240" w:lineRule="auto"/>
        <w:ind w:left="720"/>
      </w:pPr>
      <w:r/>
      <w:r>
        <w:rPr>
          <w:b/>
        </w:rPr>
        <w:t>ChatGPT Integration:</w:t>
      </w:r>
      <w:r>
        <w:t xml:space="preserve"> Facilitates AI-powered document editing and interaction.</w:t>
      </w:r>
      <w:r/>
      <w:r/>
    </w:p>
    <w:p>
      <w:pPr>
        <w:pStyle w:val="Heading3"/>
      </w:pPr>
      <w:r>
        <w:t>Latest Updates</w:t>
      </w:r>
      <w:r/>
    </w:p>
    <w:p>
      <w:r/>
      <w:r>
        <w:t>UPDF continues to evolve, offering features like document comparison to spot differences between PDF versions and customizable bookmarks for a personalised reading experience. The cloud management system ensures easy handling of shared files for a seamless user experience.</w:t>
      </w:r>
      <w:r/>
    </w:p>
    <w:p>
      <w:pPr>
        <w:pStyle w:val="Heading3"/>
      </w:pPr>
      <w:r>
        <w:t>Pricing and Availability</w:t>
      </w:r>
      <w:r/>
    </w:p>
    <w:p>
      <w:r/>
      <w:r>
        <w:t>UPDF provides two primary pricing plans:</w:t>
      </w:r>
      <w:r/>
    </w:p>
    <w:p>
      <w:r/>
      <w:r>
        <w:t xml:space="preserve">1. </w:t>
      </w:r>
      <w:r>
        <w:rPr>
          <w:b/>
        </w:rPr>
        <w:t>UPDF Pro Plan:</w:t>
      </w:r>
      <w:r>
        <w:t xml:space="preserve"> A one-time purchase priced at $59.99 (regularly $79.99), it includes full access to editing tools across Mac, iOS, Android, and Windows, along with 100GB of cloud storage.</w:t>
      </w:r>
      <w:r/>
    </w:p>
    <w:p>
      <w:r/>
      <w:r>
        <w:t xml:space="preserve">2. </w:t>
      </w:r>
      <w:r>
        <w:rPr>
          <w:b/>
        </w:rPr>
        <w:t>UPDF AI Assistant Plan:</w:t>
      </w:r>
      <w:r>
        <w:t xml:space="preserve"> Priced at $69.00 per year, with a 7-day free trial. This plan unlocks AI tools such as chatting with PDFs and images and converting documents into mind maps, supported across four devices. It also includes 100GB of cloud storage and auto-renews annually.</w:t>
      </w:r>
      <w:r/>
    </w:p>
    <w:p>
      <w:r/>
      <w:r>
        <w:t>With its comprehensive features and affordability, UPDF stands out as an ideal solution for Apple users seeking advanced, cross-platform PDF management tools.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