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Deepak Chopra introduces AI voice for holistic guidance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Deepak Chopra Introduces AI Voice for Holistic Guidance</w:t>
      </w:r>
      <w:r/>
    </w:p>
    <w:p>
      <w:r/>
      <w:r>
        <w:t>Deepak Chopra, the internationally acclaimed author and advocate for holistic health, has taken a groundbreaking step by launching an AI voice that aims to provide personalised support for individuals on their journey of self-discovery. This initiative, developed in collaboration with a prominent technology company, harnesses advanced artificial intelligence and natural language processing to deliver Chopra's teachings through a digital medium.</w:t>
      </w:r>
      <w:r/>
    </w:p>
    <w:p>
      <w:r/>
      <w:r>
        <w:t>The AI voice is designed to simulate conversations with Chopra, offering users personalised insights, guided meditations, and motivational prompts tailored to their specific needs. Available on smartphones and computers, this innovation promises to democratise access to Chopra’s wisdom, making his holistic health guidance more accessible to a global audience.</w:t>
      </w:r>
      <w:r/>
    </w:p>
    <w:p>
      <w:r/>
      <w:r>
        <w:t>For many, the opportunity to engage with Chopra's teachings has often been limited to attending retreats and workshops, which can be logistically and financially challenging. The introduction of this AI voice seeks to bridge that gap, providing users with daily affirmations, mindfulness exercises, and interactive guided visualisations.</w:t>
      </w:r>
      <w:r/>
    </w:p>
    <w:p>
      <w:r/>
      <w:r>
        <w:t>The implications of this technology are significant. It offers a new way for individuals to engage with Chopra’s work, potentially enriching their personal growth and well-being. However, there is an ongoing debate about whether a digital voice can replicate the profound insights and transformative experiences typically associated with in-person interactions with Chopra.</w:t>
      </w:r>
      <w:r/>
    </w:p>
    <w:p>
      <w:r/>
      <w:r>
        <w:t>Supporters believe that while the AI voice can serve as a valuable resource, it should be seen as a supplementary tool rather than a replacement for direct personal exploration and introspection. There is a consensus that true enlightenment and growth are best achieved through a combination of different practices and experiences, including those that deeply connect individuals with their inner wisdom.</w:t>
      </w:r>
      <w:r/>
    </w:p>
    <w:p>
      <w:r/>
      <w:r>
        <w:t>Chopra's AI voice stands as a compelling example of how technology can enhance access to holistic health practices. By utilising this innovative tool, users can incorporate Chopra's teachings into their daily lives, fostering a deeper understanding of consciousness, the mind-body connection, and the power of the human spirit.</w:t>
      </w:r>
      <w:r/>
    </w:p>
    <w:p>
      <w:r/>
      <w:r>
        <w:t>The launch of Deepak Chopra's AI voice marks a significant development in the intersection of technology and holistic health, offering both challenges and opportunities for those seeking personal growth.</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