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job portals in AI and data science: A breakdown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Job Portals in AI and Data Science: A Breakdown</w:t>
      </w:r>
      <w:r/>
    </w:p>
    <w:p>
      <w:r/>
      <w:r>
        <w:t>In an increasingly digital world, job portals specialising in artificial intelligence (AI), machine learning, and data science have begun to proliferate, catering to a burgeoning industry. Among the notable platforms are AIJobs.net, DataJobs, and Dice.com, each offering distinct features designed to streamline the job search process for both employers and job seekers within this specialised sector.</w:t>
      </w:r>
      <w:r/>
    </w:p>
    <w:p>
      <w:r/>
      <w:r>
        <w:rPr>
          <w:b/>
        </w:rPr>
        <w:t>AIJobs.net: A Niche Platform for AI Enthusiasts</w:t>
      </w:r>
      <w:r/>
    </w:p>
    <w:p>
      <w:r/>
      <w:r>
        <w:t>AIJobs.net stands out as a niche job board dedicated exclusively to careers in AI, machine learning, data science, and big data. It provides an extensive array of career opportunities on a global scale. One of its key features is advanced search functionality, allowing users to filter results based on various parameters such as job role, geographical location, and specific technological skills.</w:t>
      </w:r>
      <w:r/>
    </w:p>
    <w:p>
      <w:r/>
      <w:r>
        <w:t>Users can create accounts on AIJobs.net to save job postings and receive customised alerts, ensuring they never miss an opportunity that aligns with their career aspirations. This portal is particularly beneficial for those who are laser-focused on growing and advancing their careers in AI-related fields.</w:t>
      </w:r>
      <w:r/>
    </w:p>
    <w:p>
      <w:r/>
      <w:r>
        <w:rPr>
          <w:b/>
        </w:rPr>
        <w:t>DataJobs: For Data Professionals</w:t>
      </w:r>
      <w:r/>
    </w:p>
    <w:p>
      <w:r/>
      <w:r>
        <w:t>DataJobs is tailor-made for professionals within the data science field. Offering a mixture of full-time, part-time, and contract listings, this portal spans job opportunities across diverse industries such as finance, healthcare, and technology. The specific roles advertised range from AI and data science to machine learning and big data analytics.</w:t>
      </w:r>
      <w:r/>
    </w:p>
    <w:p>
      <w:r/>
      <w:r>
        <w:t>What sets DataJobs apart is its detailed search filters. Prospective employees can sift through postings based on exact technologies, methodologies, location, and experience level, thus enhancing the likelihood of finding the right match. Such granular search capabilities help job seekers to zero in on positions that precisely match their skill sets and career goals.</w:t>
      </w:r>
      <w:r/>
    </w:p>
    <w:p>
      <w:r/>
      <w:r>
        <w:rPr>
          <w:b/>
        </w:rPr>
        <w:t>Dice.com: Comprehensive Tech Job Listings</w:t>
      </w:r>
      <w:r/>
    </w:p>
    <w:p>
      <w:r/>
      <w:r>
        <w:t>Perhaps the most renowned among the three, Dice.com is a prominent player in the tech job market. While it covers a broad spectrum of roles within the technology industry, it places a strong emphasis on AI, machine learning, and data science. Dice.com caters to professionals at all levels, from entry to executive, and across firms of varying sizes.</w:t>
      </w:r>
      <w:r/>
    </w:p>
    <w:p>
      <w:r/>
      <w:r>
        <w:t>This platform goes a step further by including emerging fields such as computer vision, deep learning, and AI ethics. Dice.com allows users to filter job searches by skills, industries, and subfields within AI, ensuring that the listings are as relevant as possible to the job seeker's expertise.</w:t>
      </w:r>
      <w:r/>
    </w:p>
    <w:p>
      <w:r/>
      <w:r>
        <w:t>Additionally, Dice.com offers job alerts, which notify users when new positions that match their search criteria become available. This feature ensures that candidates remain informed of opportunities in real-time and can act swiftly.</w:t>
      </w:r>
      <w:r/>
    </w:p>
    <w:p>
      <w:r/>
      <w:r>
        <w:rPr>
          <w:b/>
        </w:rPr>
        <w:t>In Summary</w:t>
      </w:r>
      <w:r/>
    </w:p>
    <w:p>
      <w:r/>
      <w:r>
        <w:t>These job portals—AIJobs.net, DataJobs, and Dice.com—are carving out specialised niches within the broader technology job market. Each provides unique functionalities and caters to a wide range of professionals striving to thrive in the dynamic fields of AI, machine learning, and data science. By offering customisable search filters, job alerts, and extensive listings, these platforms significantly enhance the job search experience for both aspiring candidates and hiring companies.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