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 unveils advanced generative AI tools for enterprise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Harness Unveils Advanced Generative AI Tools for Enterprise Software Development</w:t>
      </w:r>
      <w:r/>
    </w:p>
    <w:p>
      <w:r/>
      <w:r>
        <w:rPr>
          <w:b/>
        </w:rPr>
        <w:t>San Francisco, CA</w:t>
      </w:r>
      <w:r>
        <w:t>, October 2023 – Harness, a prominent software development firm established in 2017, has announced a major enhancement to its platform by incorporating generative AI to optimize the entire enterprise software development and delivery process. Known for its initial focus on automating the continuous integration/continuous delivery (CI/CD) pipeline, Harness is now set to transform the software development lifecycle with a suite of AI agents.</w:t>
      </w:r>
      <w:r/>
    </w:p>
    <w:p>
      <w:r/>
      <w:r>
        <w:rPr>
          <w:b/>
        </w:rPr>
        <w:t>Key Updates and Features</w:t>
      </w:r>
      <w:r/>
    </w:p>
    <w:p>
      <w:r/>
      <w:r>
        <w:t>The newly introduced AI agents comprise:</w:t>
      </w:r>
      <w:r/>
      <w:r/>
    </w:p>
    <w:p>
      <w:pPr>
        <w:pStyle w:val="ListBullet"/>
        <w:spacing w:line="240" w:lineRule="auto"/>
        <w:ind w:left="720"/>
      </w:pPr>
      <w:r/>
      <w:r>
        <w:rPr>
          <w:b/>
        </w:rPr>
        <w:t>AI DevOps Engineer (ADE)</w:t>
      </w:r>
      <w:r>
        <w:t>: This agent automates complex tasks such as creating pipelines for code deployment and fixing failed deployments autonomously.</w:t>
      </w:r>
      <w:r/>
    </w:p>
    <w:p>
      <w:pPr>
        <w:pStyle w:val="ListBullet"/>
        <w:spacing w:line="240" w:lineRule="auto"/>
        <w:ind w:left="720"/>
      </w:pPr>
      <w:r/>
      <w:r>
        <w:rPr>
          <w:b/>
        </w:rPr>
        <w:t>QA Assistant</w:t>
      </w:r>
      <w:r>
        <w:t>: Primarily designed for generating test automation, this tool targets the end-to-end testing of web and mobile applications, potentially reducing the time required to write tests by around 80%.</w:t>
      </w:r>
      <w:r/>
    </w:p>
    <w:p>
      <w:pPr>
        <w:pStyle w:val="ListBullet"/>
        <w:spacing w:line="240" w:lineRule="auto"/>
        <w:ind w:left="720"/>
      </w:pPr>
      <w:r/>
      <w:r>
        <w:rPr>
          <w:b/>
        </w:rPr>
        <w:t>AI Code Assistant</w:t>
      </w:r>
      <w:r>
        <w:t>: Utilizing Google Cloud’s Gemini models, this assistant provides developers with real-time code suggestions and autocompletion capabilities.</w:t>
      </w:r>
      <w:r/>
    </w:p>
    <w:p>
      <w:pPr>
        <w:pStyle w:val="ListBullet"/>
        <w:spacing w:line="240" w:lineRule="auto"/>
        <w:ind w:left="720"/>
      </w:pPr>
      <w:r/>
      <w:r>
        <w:rPr>
          <w:b/>
        </w:rPr>
        <w:t>AI Productivity Insights Service</w:t>
      </w:r>
      <w:r>
        <w:t>: This tool measures productivity metrics such as velocity, quality, and developer sentiment to quantify the gains achieved through AI coding assistance.</w:t>
      </w:r>
      <w:r/>
      <w:r/>
    </w:p>
    <w:p>
      <w:r/>
      <w:r>
        <w:rPr>
          <w:b/>
        </w:rPr>
        <w:t>Vision and Impact</w:t>
      </w:r>
      <w:r/>
    </w:p>
    <w:p>
      <w:r/>
      <w:r>
        <w:t>Jyoti Bansal, CEO and co-founder of Harness, stated, “Our primary thesis is that developers waste a lot of time doing all the toil. Toil includes all the various tasks that fall outside of coding.” The aim of these AI tools is to substantially enhance developer productivity, with projections suggesting that enterprise developer teams could see up to a 50% productivity increase.</w:t>
      </w:r>
      <w:r/>
    </w:p>
    <w:p>
      <w:r/>
      <w:r>
        <w:t>Harness also introduced three new modules in its DevOps toolset:</w:t>
      </w:r>
      <w:r/>
      <w:r/>
    </w:p>
    <w:p>
      <w:pPr>
        <w:pStyle w:val="ListNumber"/>
        <w:numPr>
          <w:ilvl w:val="0"/>
          <w:numId w:val="14"/>
        </w:numPr>
        <w:spacing w:line="240" w:lineRule="auto"/>
        <w:ind w:left="720"/>
      </w:pPr>
      <w:r/>
      <w:r>
        <w:rPr>
          <w:b/>
        </w:rPr>
        <w:t>Cloud Development Environments</w:t>
      </w:r>
      <w:r/>
    </w:p>
    <w:p>
      <w:pPr>
        <w:pStyle w:val="ListNumber"/>
        <w:spacing w:line="240" w:lineRule="auto"/>
        <w:ind w:left="720"/>
      </w:pPr>
      <w:r/>
      <w:r>
        <w:rPr>
          <w:b/>
        </w:rPr>
        <w:t>Artifact Registry</w:t>
      </w:r>
      <w:r>
        <w:t xml:space="preserve"> with built-in supply chain security</w:t>
      </w:r>
      <w:r/>
    </w:p>
    <w:p>
      <w:pPr>
        <w:pStyle w:val="ListNumber"/>
        <w:spacing w:line="240" w:lineRule="auto"/>
        <w:ind w:left="720"/>
      </w:pPr>
      <w:r/>
      <w:r>
        <w:rPr>
          <w:b/>
        </w:rPr>
        <w:t>Database DevOps</w:t>
      </w:r>
      <w:r/>
      <w:r/>
    </w:p>
    <w:p>
      <w:r/>
      <w:r>
        <w:t>These modules are expected to be generally available by early 2025. Among these, the Database DevOps module has garnered particular attention. For instance, Jignesh Patel, director of cloud and DevOps at Morningstar, highlighted the challenges of rolling back database changes and expressed appreciation for the module’s integration within the broader platform that Harness offers.</w:t>
      </w:r>
      <w:r/>
    </w:p>
    <w:p>
      <w:r/>
      <w:r>
        <w:rPr>
          <w:b/>
        </w:rPr>
        <w:t>Market Position and Future Prospects</w:t>
      </w:r>
      <w:r/>
    </w:p>
    <w:p>
      <w:r/>
      <w:r>
        <w:t>While industry leaders like Morningstar’s Patel acknowledge the progress, they point out that Harness's AI tools still lag behind more established AI solutions, such as GitHub Copilot, in terms of depth. However, Nick Durkin, Chief Technology Officer at Harness, emphasized that these AI agents are intended to tackle the most tedious aspects of software engineering, thereby reducing burnout among developer teams.</w:t>
      </w:r>
      <w:r/>
    </w:p>
    <w:p>
      <w:r/>
      <w:r>
        <w:t>Durkin also noted that with AI integration, DevOps teams are expected to produce and deploy more software in the upcoming years than they have in the past decade. He articulated the vision that while AI enhances individual productivity, embedded AI agents could significantly expedite the entire application build and deployment process. Despite some ongoing debates regarding AI’s impact on the need for software engineering expertise, Durkin remains confident that the demand for skilled professionals who can manage extensive software development will continue to grow.</w:t>
      </w:r>
      <w:r/>
    </w:p>
    <w:p>
      <w:r/>
      <w:r>
        <w:t>As Harness rolls out its generative AI tools, the enterprise software development landscape is poised for a transformative shift, integrating advanced technologies to streamline and accelerate development processes.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