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HP unveils EliteBook X: claimed to be the most powerful AI PC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HP Unveils EliteBook X: Claimed to be the Most Powerful AI PC</w:t>
      </w:r>
      <w:r/>
    </w:p>
    <w:p>
      <w:r/>
      <w:r>
        <w:rPr>
          <w:b/>
        </w:rPr>
        <w:t>HP's EliteBook X, showcasing AMD's computing prowess, takes centre stage at the HP Imagine 2024 event and promises unmatched performance and innovative features.</w:t>
      </w:r>
      <w:r/>
    </w:p>
    <w:p>
      <w:pPr>
        <w:pStyle w:val="Heading3"/>
      </w:pPr>
      <w:r>
        <w:rPr>
          <w:b/>
        </w:rPr>
        <w:t>Introduction</w:t>
      </w:r>
      <w:r/>
    </w:p>
    <w:p>
      <w:r/>
      <w:r>
        <w:t>On the cusp of technological innovation, HP has confidently showcased its new HP EliteBook X, a powerhouse AI-driven PC touted as the market's most powerful AI device to date. The announcement at the HP Imagine 2024 event has generated significant excitement within the tech community, drawing attention to both its cutting-edge specifications and its sleek, modern design.</w:t>
      </w:r>
      <w:r/>
    </w:p>
    <w:p>
      <w:pPr>
        <w:pStyle w:val="Heading3"/>
      </w:pPr>
      <w:r>
        <w:rPr>
          <w:b/>
        </w:rPr>
        <w:t>Key Features and Specifications</w:t>
      </w:r>
      <w:r/>
    </w:p>
    <w:p>
      <w:pPr>
        <w:pStyle w:val="Heading4"/>
      </w:pPr>
      <w:r>
        <w:rPr>
          <w:b/>
        </w:rPr>
        <w:t>Power and Performance</w:t>
      </w:r>
      <w:r/>
    </w:p>
    <w:p>
      <w:r/>
      <w:r>
        <w:t>The EliteBook X is distinguished by its robust NPU (Neural Processing Unit), which operates at an impressive 55 TOPs (trillion operations per second). It is paired with faster memory than its competitors, providing a tangible edge in performance. The laptop is powered by AMD Ryzen PRO processors and integrated AMD Radeon graphics, positioning it as a formidable contender in the AI PC market.</w:t>
      </w:r>
      <w:r/>
    </w:p>
    <w:p>
      <w:pPr>
        <w:pStyle w:val="Heading4"/>
      </w:pPr>
      <w:r>
        <w:rPr>
          <w:b/>
        </w:rPr>
        <w:t>Memory and Storage</w:t>
      </w:r>
      <w:r/>
    </w:p>
    <w:p>
      <w:r/>
      <w:r>
        <w:t>Offering options up to 64GB of LPDDR5x RAM and storage capabilities reaching up to 2TB via PCIe 4.0 NVMe M.2 SSD, the EliteBook X is designed to handle intensive tasks with ease. This is essential for professionals requiring substantial processing power and storage space for complex applications and large datasets.</w:t>
      </w:r>
      <w:r/>
    </w:p>
    <w:p>
      <w:pPr>
        <w:pStyle w:val="Heading3"/>
      </w:pPr>
      <w:r>
        <w:rPr>
          <w:b/>
        </w:rPr>
        <w:t>Design and Build</w:t>
      </w:r>
      <w:r/>
    </w:p>
    <w:p>
      <w:pPr>
        <w:pStyle w:val="Heading4"/>
      </w:pPr>
      <w:r>
        <w:rPr>
          <w:b/>
        </w:rPr>
        <w:t>Aesthetics and Portability</w:t>
      </w:r>
      <w:r/>
    </w:p>
    <w:p>
      <w:r/>
      <w:r>
        <w:t>The EliteBook X stands out with its aesthetically pleasing design, featuring a light silver exterior that is nearly white, accompanied by a sturdy yet lightweight chassis. The dimensions measure 12.29 x 8.45 x 0.71 inches and it weighs a mere 1.499kg (3.3lbs), making it portable and convenient for users constantly on the move.</w:t>
      </w:r>
      <w:r/>
    </w:p>
    <w:p>
      <w:pPr>
        <w:pStyle w:val="Heading4"/>
      </w:pPr>
      <w:r>
        <w:rPr>
          <w:b/>
        </w:rPr>
        <w:t>Display Options</w:t>
      </w:r>
      <w:r/>
    </w:p>
    <w:p>
      <w:r/>
      <w:r>
        <w:t>Users can choose between two display options: a 14-inch WUXGA (1920 x 1200) LCD panel with 100% sRGB coverage or a 2.8K (2880 x 1800) OLED panel with DCI-P3 100% coverage. Both variants offer a brightness of 400 nits and a 120Hz refresh rate for the OLED version, ensuring a vibrant and smooth visual experience.</w:t>
      </w:r>
      <w:r/>
    </w:p>
    <w:p>
      <w:pPr>
        <w:pStyle w:val="Heading3"/>
      </w:pPr>
      <w:r>
        <w:rPr>
          <w:b/>
        </w:rPr>
        <w:t>Security and Sustainability</w:t>
      </w:r>
      <w:r/>
    </w:p>
    <w:p>
      <w:pPr>
        <w:pStyle w:val="Heading4"/>
      </w:pPr>
      <w:r>
        <w:rPr>
          <w:b/>
        </w:rPr>
        <w:t>Enhanced Security Features</w:t>
      </w:r>
      <w:r/>
    </w:p>
    <w:p>
      <w:r/>
      <w:r>
        <w:t>Security is a critical aspect of the EliteBook X, which includes HP's Wolf Security suite that leverages the NPU for AI-driven protection. This security setup protects against external attacks and cyber threats without burdening the CPU and GPU. Features such as a manual webcam switch provide physical security, while other tools like Sure Sense and Smart Hibernate enhance digital safety.</w:t>
      </w:r>
      <w:r/>
    </w:p>
    <w:p>
      <w:pPr>
        <w:pStyle w:val="Heading4"/>
      </w:pPr>
      <w:r>
        <w:rPr>
          <w:b/>
        </w:rPr>
        <w:t>Sustainable Design</w:t>
      </w:r>
      <w:r/>
    </w:p>
    <w:p>
      <w:r/>
      <w:r>
        <w:t>The EliteBook X also champions sustainability, incorporating recycled materials in its construction. For instance, the covers are made with up to 80% recycled aluminium, the speaker box utilises 30% ocean-bound plastic, and the packaging is 100% sustainable. Such measures reflect HP's commitment to reducing environmental impact.</w:t>
      </w:r>
      <w:r/>
    </w:p>
    <w:p>
      <w:pPr>
        <w:pStyle w:val="Heading3"/>
      </w:pPr>
      <w:r>
        <w:rPr>
          <w:b/>
        </w:rPr>
        <w:t>Connectivity and Additional Features</w:t>
      </w:r>
      <w:r/>
    </w:p>
    <w:p>
      <w:pPr>
        <w:pStyle w:val="Heading4"/>
      </w:pPr>
      <w:r>
        <w:rPr>
          <w:b/>
        </w:rPr>
        <w:t>Port Selection</w:t>
      </w:r>
      <w:r/>
    </w:p>
    <w:p>
      <w:r/>
      <w:r>
        <w:t>One of the laptop’s highlights is the comprehensive port selection, including two Thunderbolt 4 with USB Type-C ports, one additional Type-C port, a USB Type-A port, a combo headphone/mic jack, and an HDMI port. This array of ports supports varied connectivity needs, making the device versatile for different professional settings.</w:t>
      </w:r>
      <w:r/>
    </w:p>
    <w:p>
      <w:pPr>
        <w:pStyle w:val="Heading4"/>
      </w:pPr>
      <w:r>
        <w:rPr>
          <w:b/>
        </w:rPr>
        <w:t>Cooling and Efficiency</w:t>
      </w:r>
      <w:r/>
    </w:p>
    <w:p>
      <w:r/>
      <w:r>
        <w:t>The EliteBook X incorporates innovations like a hyperbolic cooling system to prevent overheating and sustain peak performance. Additional features like Onlooking detection, which blurs the screen when someone nears, showcase the device’s advanced AI capabilities, enhancing both security and user experience.</w:t>
      </w:r>
      <w:r/>
    </w:p>
    <w:p>
      <w:pPr>
        <w:pStyle w:val="Heading3"/>
      </w:pPr>
      <w:r>
        <w:rPr>
          <w:b/>
        </w:rPr>
        <w:t>Availability and Future Prospects</w:t>
      </w:r>
      <w:r/>
    </w:p>
    <w:p>
      <w:r/>
      <w:r>
        <w:t>While pricing and the exact release date remain undisclosed, it is anticipated that the HP EliteBook X will be available in key markets, including the US, UK, and Australia. The tech community is eagerly awaiting the opportunity to test HP’s claims of the EliteBook X being the "most powerful AI device" and to see how it compares with products from competitors like Qualcomm and Intel.</w:t>
      </w:r>
      <w:r/>
    </w:p>
    <w:p>
      <w:pPr>
        <w:pStyle w:val="Heading3"/>
      </w:pPr>
      <w:r>
        <w:rPr>
          <w:b/>
        </w:rPr>
        <w:t>Conclusion</w:t>
      </w:r>
      <w:r/>
    </w:p>
    <w:p>
      <w:r/>
      <w:r>
        <w:t>The HP EliteBook X represents a significant stride in AI PC development, merging sleek design with powerful technological advancements. Its promise of high performance, extensive security features, and sustainable construction make it one of the most anticipated releases in the tech industry. As more details about availability emerge, enthusiasts and professionals alike are keen to experience what HP claims to be the next benchmark in AI computing.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